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68BEE" w14:textId="77777777" w:rsidR="00D32750" w:rsidRPr="00472EB6" w:rsidRDefault="003801DB">
      <w:pPr>
        <w:jc w:val="right"/>
        <w:rPr>
          <w:rFonts w:cs="Arial"/>
          <w:lang w:val="pl-PL"/>
        </w:rPr>
      </w:pPr>
      <w:r w:rsidRPr="00472EB6">
        <w:rPr>
          <w:rFonts w:cs="Arial"/>
          <w:sz w:val="18"/>
          <w:lang w:val="pl-PL"/>
        </w:rPr>
        <w:t>.....................................................</w:t>
      </w:r>
      <w:r w:rsidRPr="00472EB6">
        <w:rPr>
          <w:rFonts w:cs="Arial"/>
          <w:sz w:val="18"/>
          <w:lang w:val="pl-PL"/>
        </w:rPr>
        <w:br/>
        <w:t>(miejscowość, data)</w:t>
      </w:r>
    </w:p>
    <w:p w14:paraId="7D432936" w14:textId="77777777" w:rsidR="00D32750" w:rsidRPr="00472EB6" w:rsidRDefault="003801DB">
      <w:pPr>
        <w:rPr>
          <w:rFonts w:cs="Arial"/>
          <w:lang w:val="pl-PL"/>
        </w:rPr>
      </w:pPr>
      <w:r w:rsidRPr="00472EB6">
        <w:rPr>
          <w:rFonts w:cs="Arial"/>
          <w:sz w:val="18"/>
          <w:lang w:val="pl-PL"/>
        </w:rPr>
        <w:t>............................................................</w:t>
      </w:r>
      <w:r w:rsidRPr="00472EB6">
        <w:rPr>
          <w:rFonts w:cs="Arial"/>
          <w:sz w:val="18"/>
          <w:lang w:val="pl-PL"/>
        </w:rPr>
        <w:br/>
        <w:t>(pieczęć szkoły/placówki)</w:t>
      </w:r>
    </w:p>
    <w:p w14:paraId="55D815A0" w14:textId="77777777" w:rsidR="00472EB6" w:rsidRDefault="00472EB6">
      <w:pPr>
        <w:jc w:val="center"/>
        <w:rPr>
          <w:rFonts w:cs="Arial"/>
          <w:b/>
          <w:sz w:val="24"/>
          <w:lang w:val="pl-PL"/>
        </w:rPr>
      </w:pPr>
    </w:p>
    <w:p w14:paraId="1490F149" w14:textId="7D0C4C43" w:rsidR="00D32750" w:rsidRPr="00472EB6" w:rsidRDefault="003801DB">
      <w:pPr>
        <w:jc w:val="center"/>
        <w:rPr>
          <w:rFonts w:cs="Arial"/>
          <w:lang w:val="pl-PL"/>
        </w:rPr>
      </w:pPr>
      <w:r w:rsidRPr="00472EB6">
        <w:rPr>
          <w:rFonts w:cs="Arial"/>
          <w:b/>
          <w:sz w:val="24"/>
          <w:lang w:val="pl-PL"/>
        </w:rPr>
        <w:t>WOJEWÓDZKI ZESPÓŁ KOORDYNACJI</w:t>
      </w:r>
      <w:r w:rsidRPr="00472EB6">
        <w:rPr>
          <w:rFonts w:cs="Arial"/>
          <w:b/>
          <w:sz w:val="24"/>
          <w:lang w:val="pl-PL"/>
        </w:rPr>
        <w:br/>
      </w:r>
      <w:r w:rsidR="0070389E" w:rsidRPr="0070389E">
        <w:rPr>
          <w:rFonts w:cs="Arial"/>
          <w:b/>
          <w:bCs/>
          <w:sz w:val="24"/>
          <w:szCs w:val="24"/>
          <w:lang w:val="pl-PL"/>
        </w:rPr>
        <w:t>DS. POLITYKI UMIEJĘTNOŚCI</w:t>
      </w:r>
      <w:r w:rsidR="0070389E" w:rsidRPr="0070389E">
        <w:rPr>
          <w:rFonts w:cs="Arial"/>
          <w:b/>
          <w:bCs/>
          <w:sz w:val="24"/>
          <w:szCs w:val="24"/>
          <w:lang w:val="pl-PL"/>
        </w:rPr>
        <w:br/>
        <w:t>W WOJEWÓDZTWIE ZACHODNIOPOMORSKIM</w:t>
      </w:r>
      <w:r w:rsidRPr="00472EB6">
        <w:rPr>
          <w:rFonts w:cs="Arial"/>
          <w:sz w:val="18"/>
          <w:lang w:val="pl-PL"/>
        </w:rPr>
        <w:br/>
        <w:t>Wojewódzkiego Urzędu Pracy w Szczecinie</w:t>
      </w:r>
      <w:r w:rsidRPr="00472EB6">
        <w:rPr>
          <w:rFonts w:cs="Arial"/>
          <w:sz w:val="18"/>
          <w:lang w:val="pl-PL"/>
        </w:rPr>
        <w:br/>
        <w:t>ul. A. Mickiewicza 41, 70-383 Szczecin</w:t>
      </w:r>
    </w:p>
    <w:p w14:paraId="0B8ED10E" w14:textId="77777777" w:rsidR="00472EB6" w:rsidRDefault="00472EB6">
      <w:pPr>
        <w:jc w:val="center"/>
        <w:rPr>
          <w:rFonts w:cs="Arial"/>
          <w:b/>
          <w:sz w:val="32"/>
          <w:lang w:val="pl-PL"/>
        </w:rPr>
      </w:pPr>
    </w:p>
    <w:p w14:paraId="178529F4" w14:textId="5DC28C57" w:rsidR="00D32750" w:rsidRPr="00472EB6" w:rsidRDefault="003801DB">
      <w:pPr>
        <w:jc w:val="center"/>
        <w:rPr>
          <w:rFonts w:cs="Arial"/>
          <w:lang w:val="pl-PL"/>
        </w:rPr>
      </w:pPr>
      <w:r w:rsidRPr="00472EB6">
        <w:rPr>
          <w:rFonts w:cs="Arial"/>
          <w:b/>
          <w:sz w:val="32"/>
          <w:lang w:val="pl-PL"/>
        </w:rPr>
        <w:t>WNIOSEK</w:t>
      </w:r>
    </w:p>
    <w:p w14:paraId="6AA74477" w14:textId="7515F44F" w:rsidR="00D32750" w:rsidRPr="00472EB6" w:rsidRDefault="003801DB">
      <w:pPr>
        <w:jc w:val="center"/>
        <w:rPr>
          <w:rFonts w:cs="Arial"/>
          <w:lang w:val="pl-PL"/>
        </w:rPr>
      </w:pPr>
      <w:r w:rsidRPr="00472EB6">
        <w:rPr>
          <w:rFonts w:cs="Arial"/>
          <w:b/>
          <w:sz w:val="22"/>
          <w:lang w:val="pl-PL"/>
        </w:rPr>
        <w:t xml:space="preserve">o wydanie </w:t>
      </w:r>
      <w:r w:rsidR="00FC61FA" w:rsidRPr="00472EB6">
        <w:rPr>
          <w:rFonts w:cs="Arial"/>
          <w:b/>
          <w:sz w:val="22"/>
          <w:lang w:val="pl-PL"/>
        </w:rPr>
        <w:t>opinii zasadności kształcenia zgodnie z potrzebami rynku pracy w zawodzie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993"/>
        <w:gridCol w:w="4975"/>
      </w:tblGrid>
      <w:tr w:rsidR="00D32750" w:rsidRPr="00472EB6" w14:paraId="0318D333" w14:textId="77777777" w:rsidTr="0098604B">
        <w:trPr>
          <w:cantSplit/>
          <w:jc w:val="center"/>
        </w:trPr>
        <w:tc>
          <w:tcPr>
            <w:tcW w:w="4993" w:type="dxa"/>
            <w:shd w:val="clear" w:color="auto" w:fill="F2F2F2" w:themeFill="background1" w:themeFillShade="F2"/>
          </w:tcPr>
          <w:p w14:paraId="2DFA665E" w14:textId="77777777" w:rsidR="00D32750" w:rsidRPr="00472EB6" w:rsidRDefault="003801DB">
            <w:pPr>
              <w:spacing w:after="40"/>
              <w:rPr>
                <w:rFonts w:cs="Arial"/>
                <w:lang w:val="pl-PL"/>
              </w:rPr>
            </w:pPr>
            <w:r w:rsidRPr="00472EB6">
              <w:rPr>
                <w:rFonts w:cs="Arial"/>
                <w:b/>
                <w:sz w:val="18"/>
                <w:lang w:val="pl-PL"/>
              </w:rPr>
              <w:t>Nazwa zawodu / kierunku kształcenia</w:t>
            </w:r>
          </w:p>
        </w:tc>
        <w:tc>
          <w:tcPr>
            <w:tcW w:w="4975" w:type="dxa"/>
            <w:shd w:val="clear" w:color="auto" w:fill="F2F2F2" w:themeFill="background1" w:themeFillShade="F2"/>
          </w:tcPr>
          <w:p w14:paraId="7A35F584" w14:textId="77777777" w:rsidR="00D32750" w:rsidRPr="00472EB6" w:rsidRDefault="003801DB">
            <w:pPr>
              <w:spacing w:after="40"/>
              <w:rPr>
                <w:rFonts w:cs="Arial"/>
                <w:lang w:val="pl-PL"/>
              </w:rPr>
            </w:pPr>
            <w:r w:rsidRPr="00472EB6">
              <w:rPr>
                <w:rFonts w:cs="Arial"/>
                <w:b/>
                <w:sz w:val="18"/>
                <w:lang w:val="pl-PL"/>
              </w:rPr>
              <w:t>Symbol cyfrowy zawodu / kwalifikacje</w:t>
            </w:r>
          </w:p>
        </w:tc>
      </w:tr>
      <w:tr w:rsidR="00D32750" w:rsidRPr="00472EB6" w14:paraId="1700E573" w14:textId="77777777" w:rsidTr="0098604B">
        <w:trPr>
          <w:cantSplit/>
          <w:jc w:val="center"/>
        </w:trPr>
        <w:tc>
          <w:tcPr>
            <w:tcW w:w="4993" w:type="dxa"/>
          </w:tcPr>
          <w:p w14:paraId="6A6B03F2" w14:textId="77777777" w:rsidR="00D32750" w:rsidRPr="00472EB6" w:rsidRDefault="003801DB">
            <w:pPr>
              <w:spacing w:after="40"/>
              <w:rPr>
                <w:rFonts w:cs="Arial"/>
                <w:lang w:val="pl-PL"/>
              </w:rPr>
            </w:pPr>
            <w:r w:rsidRPr="00472EB6">
              <w:rPr>
                <w:rFonts w:cs="Arial"/>
                <w:sz w:val="18"/>
                <w:lang w:val="pl-PL"/>
              </w:rPr>
              <w:br/>
            </w:r>
            <w:r w:rsidRPr="00472EB6">
              <w:rPr>
                <w:rFonts w:cs="Arial"/>
                <w:sz w:val="18"/>
                <w:lang w:val="pl-PL"/>
              </w:rPr>
              <w:br/>
            </w:r>
          </w:p>
        </w:tc>
        <w:tc>
          <w:tcPr>
            <w:tcW w:w="4975" w:type="dxa"/>
          </w:tcPr>
          <w:p w14:paraId="26835281" w14:textId="77777777" w:rsidR="00D32750" w:rsidRPr="00472EB6" w:rsidRDefault="003801DB">
            <w:pPr>
              <w:spacing w:after="40"/>
              <w:rPr>
                <w:rFonts w:cs="Arial"/>
                <w:lang w:val="pl-PL"/>
              </w:rPr>
            </w:pPr>
            <w:r w:rsidRPr="00472EB6">
              <w:rPr>
                <w:rFonts w:cs="Arial"/>
                <w:sz w:val="18"/>
                <w:lang w:val="pl-PL"/>
              </w:rPr>
              <w:br/>
            </w:r>
            <w:r w:rsidRPr="00472EB6">
              <w:rPr>
                <w:rFonts w:cs="Arial"/>
                <w:sz w:val="18"/>
                <w:lang w:val="pl-PL"/>
              </w:rPr>
              <w:br/>
            </w:r>
          </w:p>
        </w:tc>
      </w:tr>
    </w:tbl>
    <w:p w14:paraId="38F3142B" w14:textId="77777777" w:rsidR="00D32750" w:rsidRPr="00472EB6" w:rsidRDefault="00D32750">
      <w:pPr>
        <w:rPr>
          <w:rFonts w:cs="Arial"/>
          <w:lang w:val="pl-PL"/>
        </w:rPr>
      </w:pPr>
    </w:p>
    <w:p w14:paraId="605996F4" w14:textId="77777777" w:rsidR="00D32750" w:rsidRPr="00472EB6" w:rsidRDefault="003801DB">
      <w:pPr>
        <w:spacing w:before="200" w:after="80"/>
        <w:rPr>
          <w:rFonts w:cs="Arial"/>
          <w:lang w:val="pl-PL"/>
        </w:rPr>
      </w:pPr>
      <w:r w:rsidRPr="00472EB6">
        <w:rPr>
          <w:rFonts w:cs="Arial"/>
          <w:b/>
          <w:sz w:val="24"/>
          <w:lang w:val="pl-PL"/>
        </w:rPr>
        <w:t>I. INFORMACJE O WNIOSKODAWCY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985"/>
        <w:gridCol w:w="4983"/>
      </w:tblGrid>
      <w:tr w:rsidR="00D32750" w:rsidRPr="00472EB6" w14:paraId="22BF08EF" w14:textId="77777777">
        <w:trPr>
          <w:cantSplit/>
          <w:jc w:val="center"/>
        </w:trPr>
        <w:tc>
          <w:tcPr>
            <w:tcW w:w="4989" w:type="dxa"/>
          </w:tcPr>
          <w:p w14:paraId="6800E69B" w14:textId="77777777" w:rsidR="00D32750" w:rsidRPr="00472EB6" w:rsidRDefault="003801DB">
            <w:pPr>
              <w:spacing w:after="40"/>
              <w:rPr>
                <w:rFonts w:cs="Arial"/>
                <w:lang w:val="pl-PL"/>
              </w:rPr>
            </w:pPr>
            <w:r w:rsidRPr="00472EB6">
              <w:rPr>
                <w:rFonts w:cs="Arial"/>
                <w:b/>
                <w:sz w:val="18"/>
                <w:lang w:val="pl-PL"/>
              </w:rPr>
              <w:t>Pełna nazwa szkoły/placówki</w:t>
            </w:r>
          </w:p>
        </w:tc>
        <w:tc>
          <w:tcPr>
            <w:tcW w:w="4989" w:type="dxa"/>
          </w:tcPr>
          <w:p w14:paraId="61A4C401" w14:textId="77777777" w:rsidR="00D32750" w:rsidRPr="00472EB6" w:rsidRDefault="00D32750">
            <w:pPr>
              <w:spacing w:after="40"/>
              <w:rPr>
                <w:rFonts w:cs="Arial"/>
                <w:lang w:val="pl-PL"/>
              </w:rPr>
            </w:pPr>
          </w:p>
          <w:p w14:paraId="40128D2F" w14:textId="736AB852" w:rsidR="00C409E3" w:rsidRPr="00472EB6" w:rsidRDefault="00C409E3">
            <w:pPr>
              <w:spacing w:after="40"/>
              <w:rPr>
                <w:rFonts w:cs="Arial"/>
                <w:lang w:val="pl-PL"/>
              </w:rPr>
            </w:pPr>
          </w:p>
        </w:tc>
      </w:tr>
      <w:tr w:rsidR="00D32750" w:rsidRPr="00472EB6" w14:paraId="45B9516B" w14:textId="77777777">
        <w:trPr>
          <w:cantSplit/>
          <w:jc w:val="center"/>
        </w:trPr>
        <w:tc>
          <w:tcPr>
            <w:tcW w:w="4989" w:type="dxa"/>
          </w:tcPr>
          <w:p w14:paraId="15C68FE5" w14:textId="77777777" w:rsidR="00D32750" w:rsidRPr="00472EB6" w:rsidRDefault="003801DB">
            <w:pPr>
              <w:spacing w:after="40"/>
              <w:rPr>
                <w:rFonts w:cs="Arial"/>
                <w:lang w:val="pl-PL"/>
              </w:rPr>
            </w:pPr>
            <w:r w:rsidRPr="00472EB6">
              <w:rPr>
                <w:rFonts w:cs="Arial"/>
                <w:b/>
                <w:sz w:val="18"/>
                <w:lang w:val="pl-PL"/>
              </w:rPr>
              <w:t>Typ szkoły/placówki</w:t>
            </w:r>
          </w:p>
          <w:p w14:paraId="7D8AFA36" w14:textId="77777777" w:rsidR="00D32750" w:rsidRPr="00472EB6" w:rsidRDefault="003801DB">
            <w:pPr>
              <w:spacing w:after="40"/>
              <w:rPr>
                <w:rFonts w:cs="Arial"/>
                <w:lang w:val="pl-PL"/>
              </w:rPr>
            </w:pPr>
            <w:r w:rsidRPr="00472EB6">
              <w:rPr>
                <w:rFonts w:cs="Arial"/>
                <w:i/>
                <w:sz w:val="16"/>
                <w:lang w:val="pl-PL"/>
              </w:rPr>
              <w:t>np. technikum, branżowa szkoła I/II stopnia, szkoła policealna, CKZ/CKU</w:t>
            </w:r>
          </w:p>
        </w:tc>
        <w:tc>
          <w:tcPr>
            <w:tcW w:w="4989" w:type="dxa"/>
          </w:tcPr>
          <w:p w14:paraId="57ADE865" w14:textId="09005673" w:rsidR="00D32750" w:rsidRPr="00472EB6" w:rsidRDefault="00D32750">
            <w:pPr>
              <w:spacing w:after="40"/>
              <w:rPr>
                <w:rFonts w:cs="Arial"/>
                <w:lang w:val="pl-PL"/>
              </w:rPr>
            </w:pPr>
          </w:p>
        </w:tc>
      </w:tr>
      <w:tr w:rsidR="00D32750" w:rsidRPr="00472EB6" w14:paraId="203B8D12" w14:textId="77777777">
        <w:trPr>
          <w:cantSplit/>
          <w:jc w:val="center"/>
        </w:trPr>
        <w:tc>
          <w:tcPr>
            <w:tcW w:w="4989" w:type="dxa"/>
          </w:tcPr>
          <w:p w14:paraId="717550D5" w14:textId="77777777" w:rsidR="00D32750" w:rsidRPr="00472EB6" w:rsidRDefault="003801DB">
            <w:pPr>
              <w:spacing w:after="40"/>
              <w:rPr>
                <w:rFonts w:cs="Arial"/>
                <w:lang w:val="pl-PL"/>
              </w:rPr>
            </w:pPr>
            <w:r w:rsidRPr="00472EB6">
              <w:rPr>
                <w:rFonts w:cs="Arial"/>
                <w:b/>
                <w:sz w:val="18"/>
                <w:lang w:val="pl-PL"/>
              </w:rPr>
              <w:t>Adres: ulica, nr, kod, miejscowość, powiat</w:t>
            </w:r>
          </w:p>
        </w:tc>
        <w:tc>
          <w:tcPr>
            <w:tcW w:w="4989" w:type="dxa"/>
          </w:tcPr>
          <w:p w14:paraId="060E0D6F" w14:textId="77777777" w:rsidR="00D32750" w:rsidRPr="00472EB6" w:rsidRDefault="00D32750">
            <w:pPr>
              <w:spacing w:after="40"/>
              <w:rPr>
                <w:rFonts w:cs="Arial"/>
                <w:lang w:val="pl-PL"/>
              </w:rPr>
            </w:pPr>
          </w:p>
          <w:p w14:paraId="03B3B536" w14:textId="6D012575" w:rsidR="00C409E3" w:rsidRPr="00472EB6" w:rsidRDefault="00C409E3">
            <w:pPr>
              <w:spacing w:after="40"/>
              <w:rPr>
                <w:rFonts w:cs="Arial"/>
                <w:lang w:val="pl-PL"/>
              </w:rPr>
            </w:pPr>
          </w:p>
        </w:tc>
      </w:tr>
      <w:tr w:rsidR="00D32750" w:rsidRPr="00472EB6" w14:paraId="0B7A4618" w14:textId="77777777">
        <w:trPr>
          <w:cantSplit/>
          <w:jc w:val="center"/>
        </w:trPr>
        <w:tc>
          <w:tcPr>
            <w:tcW w:w="4989" w:type="dxa"/>
          </w:tcPr>
          <w:p w14:paraId="279FA4B6" w14:textId="77777777" w:rsidR="00D32750" w:rsidRPr="00472EB6" w:rsidRDefault="003801DB">
            <w:pPr>
              <w:spacing w:after="40"/>
              <w:rPr>
                <w:rFonts w:cs="Arial"/>
                <w:lang w:val="pl-PL"/>
              </w:rPr>
            </w:pPr>
            <w:r w:rsidRPr="00472EB6">
              <w:rPr>
                <w:rFonts w:cs="Arial"/>
                <w:b/>
                <w:sz w:val="18"/>
                <w:lang w:val="pl-PL"/>
              </w:rPr>
              <w:t>Telefon, e-mail, strona internetowa</w:t>
            </w:r>
          </w:p>
        </w:tc>
        <w:tc>
          <w:tcPr>
            <w:tcW w:w="4989" w:type="dxa"/>
          </w:tcPr>
          <w:p w14:paraId="327EA44C" w14:textId="214DE245" w:rsidR="00C409E3" w:rsidRPr="00472EB6" w:rsidRDefault="00C409E3" w:rsidP="00C409E3">
            <w:pPr>
              <w:spacing w:after="40"/>
              <w:rPr>
                <w:rFonts w:cs="Arial"/>
                <w:lang w:val="pl-PL"/>
              </w:rPr>
            </w:pPr>
          </w:p>
          <w:p w14:paraId="3F71CAB5" w14:textId="64261085" w:rsidR="00D32750" w:rsidRPr="00472EB6" w:rsidRDefault="00D32750">
            <w:pPr>
              <w:spacing w:after="40"/>
              <w:rPr>
                <w:rFonts w:cs="Arial"/>
                <w:lang w:val="pl-PL"/>
              </w:rPr>
            </w:pPr>
          </w:p>
        </w:tc>
      </w:tr>
      <w:tr w:rsidR="00D32750" w:rsidRPr="00472EB6" w14:paraId="4AC78AA1" w14:textId="77777777">
        <w:trPr>
          <w:cantSplit/>
          <w:jc w:val="center"/>
        </w:trPr>
        <w:tc>
          <w:tcPr>
            <w:tcW w:w="4989" w:type="dxa"/>
          </w:tcPr>
          <w:p w14:paraId="6CDFAD01" w14:textId="77777777" w:rsidR="00D32750" w:rsidRPr="00472EB6" w:rsidRDefault="003801DB">
            <w:pPr>
              <w:spacing w:after="40"/>
              <w:rPr>
                <w:rFonts w:cs="Arial"/>
                <w:lang w:val="pl-PL"/>
              </w:rPr>
            </w:pPr>
            <w:r w:rsidRPr="00472EB6">
              <w:rPr>
                <w:rFonts w:cs="Arial"/>
                <w:b/>
                <w:sz w:val="18"/>
                <w:lang w:val="pl-PL"/>
              </w:rPr>
              <w:t>Pełna nazwa organu prowadzącego</w:t>
            </w:r>
          </w:p>
        </w:tc>
        <w:tc>
          <w:tcPr>
            <w:tcW w:w="4989" w:type="dxa"/>
          </w:tcPr>
          <w:p w14:paraId="7AEF4DD0" w14:textId="77777777" w:rsidR="00D32750" w:rsidRPr="00472EB6" w:rsidRDefault="00D32750">
            <w:pPr>
              <w:spacing w:after="40"/>
              <w:rPr>
                <w:rFonts w:cs="Arial"/>
                <w:lang w:val="pl-PL"/>
              </w:rPr>
            </w:pPr>
          </w:p>
          <w:p w14:paraId="12D9DB87" w14:textId="43EE388C" w:rsidR="00C409E3" w:rsidRPr="00472EB6" w:rsidRDefault="00C409E3">
            <w:pPr>
              <w:spacing w:after="40"/>
              <w:rPr>
                <w:rFonts w:cs="Arial"/>
                <w:lang w:val="pl-PL"/>
              </w:rPr>
            </w:pPr>
          </w:p>
        </w:tc>
      </w:tr>
      <w:tr w:rsidR="00D32750" w:rsidRPr="00472EB6" w14:paraId="63C584ED" w14:textId="77777777">
        <w:trPr>
          <w:cantSplit/>
          <w:jc w:val="center"/>
        </w:trPr>
        <w:tc>
          <w:tcPr>
            <w:tcW w:w="4989" w:type="dxa"/>
          </w:tcPr>
          <w:p w14:paraId="641E325B" w14:textId="77777777" w:rsidR="00D32750" w:rsidRPr="00472EB6" w:rsidRDefault="003801DB">
            <w:pPr>
              <w:spacing w:after="40"/>
              <w:rPr>
                <w:rFonts w:cs="Arial"/>
                <w:lang w:val="pl-PL"/>
              </w:rPr>
            </w:pPr>
            <w:r w:rsidRPr="00472EB6">
              <w:rPr>
                <w:rFonts w:cs="Arial"/>
                <w:b/>
                <w:sz w:val="18"/>
                <w:lang w:val="pl-PL"/>
              </w:rPr>
              <w:t>Imię i nazwisko dyrektora / osoby upoważnionej</w:t>
            </w:r>
          </w:p>
        </w:tc>
        <w:tc>
          <w:tcPr>
            <w:tcW w:w="4989" w:type="dxa"/>
          </w:tcPr>
          <w:p w14:paraId="3DF0DBAE" w14:textId="77777777" w:rsidR="00D32750" w:rsidRPr="00472EB6" w:rsidRDefault="00D32750">
            <w:pPr>
              <w:spacing w:after="40"/>
              <w:rPr>
                <w:rFonts w:cs="Arial"/>
                <w:lang w:val="pl-PL"/>
              </w:rPr>
            </w:pPr>
          </w:p>
          <w:p w14:paraId="17EC6AAF" w14:textId="4277E5F6" w:rsidR="00AA6AF7" w:rsidRPr="00472EB6" w:rsidRDefault="00AA6AF7">
            <w:pPr>
              <w:spacing w:after="40"/>
              <w:rPr>
                <w:rFonts w:cs="Arial"/>
                <w:lang w:val="pl-PL"/>
              </w:rPr>
            </w:pPr>
          </w:p>
        </w:tc>
      </w:tr>
      <w:tr w:rsidR="00D32750" w:rsidRPr="00472EB6" w14:paraId="152BA0CC" w14:textId="77777777">
        <w:trPr>
          <w:cantSplit/>
          <w:jc w:val="center"/>
        </w:trPr>
        <w:tc>
          <w:tcPr>
            <w:tcW w:w="4989" w:type="dxa"/>
          </w:tcPr>
          <w:p w14:paraId="2B8971A2" w14:textId="77777777" w:rsidR="00D32750" w:rsidRPr="00472EB6" w:rsidRDefault="003801DB">
            <w:pPr>
              <w:spacing w:after="40"/>
              <w:rPr>
                <w:rFonts w:cs="Arial"/>
                <w:lang w:val="pl-PL"/>
              </w:rPr>
            </w:pPr>
            <w:r w:rsidRPr="00472EB6">
              <w:rPr>
                <w:rFonts w:cs="Arial"/>
                <w:b/>
                <w:sz w:val="18"/>
                <w:lang w:val="pl-PL"/>
              </w:rPr>
              <w:t>Osoba do kontaktu w sprawie wniosku</w:t>
            </w:r>
          </w:p>
          <w:p w14:paraId="52D91F27" w14:textId="77777777" w:rsidR="00D32750" w:rsidRPr="00472EB6" w:rsidRDefault="003801DB">
            <w:pPr>
              <w:spacing w:after="40"/>
              <w:rPr>
                <w:rFonts w:cs="Arial"/>
                <w:lang w:val="pl-PL"/>
              </w:rPr>
            </w:pPr>
            <w:r w:rsidRPr="00472EB6">
              <w:rPr>
                <w:rFonts w:cs="Arial"/>
                <w:i/>
                <w:sz w:val="16"/>
                <w:lang w:val="pl-PL"/>
              </w:rPr>
              <w:t>imię i nazwisko, stanowisko, telefon, e-mail</w:t>
            </w:r>
          </w:p>
        </w:tc>
        <w:tc>
          <w:tcPr>
            <w:tcW w:w="4989" w:type="dxa"/>
          </w:tcPr>
          <w:p w14:paraId="33C7DB0F" w14:textId="0CBDE1EA" w:rsidR="00D32750" w:rsidRPr="00472EB6" w:rsidRDefault="00D32750">
            <w:pPr>
              <w:spacing w:after="40"/>
              <w:rPr>
                <w:rFonts w:cs="Arial"/>
                <w:lang w:val="pl-PL"/>
              </w:rPr>
            </w:pPr>
          </w:p>
        </w:tc>
      </w:tr>
      <w:tr w:rsidR="00D32750" w:rsidRPr="00472EB6" w14:paraId="09A61366" w14:textId="77777777">
        <w:trPr>
          <w:cantSplit/>
          <w:jc w:val="center"/>
        </w:trPr>
        <w:tc>
          <w:tcPr>
            <w:tcW w:w="4989" w:type="dxa"/>
          </w:tcPr>
          <w:p w14:paraId="45C47D7D" w14:textId="77777777" w:rsidR="00D32750" w:rsidRPr="00472EB6" w:rsidRDefault="003801DB">
            <w:pPr>
              <w:spacing w:after="40"/>
              <w:rPr>
                <w:rFonts w:cs="Arial"/>
                <w:lang w:val="pl-PL"/>
              </w:rPr>
            </w:pPr>
            <w:r w:rsidRPr="00472EB6">
              <w:rPr>
                <w:rFonts w:cs="Arial"/>
                <w:b/>
                <w:sz w:val="18"/>
                <w:lang w:val="pl-PL"/>
              </w:rPr>
              <w:t>Krótka charakterystyka szkoły/placówki</w:t>
            </w:r>
          </w:p>
          <w:p w14:paraId="1E0EF3E9" w14:textId="77777777" w:rsidR="00D32750" w:rsidRPr="00472EB6" w:rsidRDefault="003801DB">
            <w:pPr>
              <w:spacing w:after="40"/>
              <w:rPr>
                <w:rFonts w:cs="Arial"/>
                <w:lang w:val="pl-PL"/>
              </w:rPr>
            </w:pPr>
            <w:r w:rsidRPr="00472EB6">
              <w:rPr>
                <w:rFonts w:cs="Arial"/>
                <w:i/>
                <w:sz w:val="16"/>
                <w:lang w:val="pl-PL"/>
              </w:rPr>
              <w:t>czas działania, liczba uczniów/słuchaczy, dotychczasowe kierunki, kadra, wyniki egzaminów, doświadczenie we współpracy z pracodawcami</w:t>
            </w:r>
          </w:p>
        </w:tc>
        <w:tc>
          <w:tcPr>
            <w:tcW w:w="4989" w:type="dxa"/>
          </w:tcPr>
          <w:p w14:paraId="3C5450A1" w14:textId="6B9095C9" w:rsidR="00D32750" w:rsidRPr="00472EB6" w:rsidRDefault="00D32750">
            <w:pPr>
              <w:spacing w:after="40"/>
              <w:rPr>
                <w:rFonts w:cs="Arial"/>
                <w:lang w:val="pl-PL"/>
              </w:rPr>
            </w:pPr>
          </w:p>
        </w:tc>
      </w:tr>
    </w:tbl>
    <w:p w14:paraId="537257CC" w14:textId="77777777" w:rsidR="00C47823" w:rsidRDefault="00C47823">
      <w:pPr>
        <w:spacing w:before="200" w:after="80"/>
        <w:rPr>
          <w:rFonts w:cs="Arial"/>
          <w:b/>
          <w:sz w:val="24"/>
          <w:lang w:val="pl-PL"/>
        </w:rPr>
      </w:pPr>
    </w:p>
    <w:p w14:paraId="4342DA8A" w14:textId="019BDCCD" w:rsidR="00D32750" w:rsidRPr="00472EB6" w:rsidRDefault="003801DB">
      <w:pPr>
        <w:spacing w:before="200" w:after="80"/>
        <w:rPr>
          <w:rFonts w:cs="Arial"/>
          <w:lang w:val="pl-PL"/>
        </w:rPr>
      </w:pPr>
      <w:r w:rsidRPr="00472EB6">
        <w:rPr>
          <w:rFonts w:cs="Arial"/>
          <w:b/>
          <w:sz w:val="24"/>
          <w:lang w:val="pl-PL"/>
        </w:rPr>
        <w:t>II. INFORMACJE O WNIOSKOWANYM KIERUNKU KSZTAŁCENIA / ZAWODZIE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985"/>
        <w:gridCol w:w="4983"/>
      </w:tblGrid>
      <w:tr w:rsidR="00D32750" w:rsidRPr="00472EB6" w14:paraId="78022694" w14:textId="77777777" w:rsidTr="00442D5B">
        <w:trPr>
          <w:cantSplit/>
          <w:jc w:val="center"/>
        </w:trPr>
        <w:tc>
          <w:tcPr>
            <w:tcW w:w="4985" w:type="dxa"/>
          </w:tcPr>
          <w:p w14:paraId="6E7BD247" w14:textId="77777777" w:rsidR="00D32750" w:rsidRPr="00472EB6" w:rsidRDefault="003801DB">
            <w:pPr>
              <w:spacing w:after="40"/>
              <w:rPr>
                <w:rFonts w:cs="Arial"/>
                <w:lang w:val="pl-PL"/>
              </w:rPr>
            </w:pPr>
            <w:r w:rsidRPr="00472EB6">
              <w:rPr>
                <w:rFonts w:cs="Arial"/>
                <w:b/>
                <w:sz w:val="18"/>
                <w:lang w:val="pl-PL"/>
              </w:rPr>
              <w:t>Planowany termin rozpoczęcia kształcenia</w:t>
            </w:r>
          </w:p>
          <w:p w14:paraId="1F3EE767" w14:textId="77777777" w:rsidR="00D32750" w:rsidRPr="00472EB6" w:rsidRDefault="003801DB">
            <w:pPr>
              <w:spacing w:after="40"/>
              <w:rPr>
                <w:rFonts w:cs="Arial"/>
                <w:lang w:val="pl-PL"/>
              </w:rPr>
            </w:pPr>
            <w:r w:rsidRPr="00472EB6">
              <w:rPr>
                <w:rFonts w:cs="Arial"/>
                <w:i/>
                <w:sz w:val="16"/>
                <w:lang w:val="pl-PL"/>
              </w:rPr>
              <w:t>rok szkolny/semestr</w:t>
            </w:r>
          </w:p>
        </w:tc>
        <w:tc>
          <w:tcPr>
            <w:tcW w:w="4983" w:type="dxa"/>
          </w:tcPr>
          <w:p w14:paraId="4B402CC4" w14:textId="150BA400" w:rsidR="00D32750" w:rsidRPr="00472EB6" w:rsidRDefault="00D32750">
            <w:pPr>
              <w:spacing w:after="40"/>
              <w:rPr>
                <w:rFonts w:cs="Arial"/>
                <w:lang w:val="pl-PL"/>
              </w:rPr>
            </w:pPr>
          </w:p>
        </w:tc>
      </w:tr>
      <w:tr w:rsidR="00D32750" w:rsidRPr="00472EB6" w14:paraId="5D090372" w14:textId="77777777" w:rsidTr="00442D5B">
        <w:trPr>
          <w:cantSplit/>
          <w:jc w:val="center"/>
        </w:trPr>
        <w:tc>
          <w:tcPr>
            <w:tcW w:w="4985" w:type="dxa"/>
          </w:tcPr>
          <w:p w14:paraId="058EF1A2" w14:textId="77777777" w:rsidR="00D32750" w:rsidRPr="00472EB6" w:rsidRDefault="003801DB">
            <w:pPr>
              <w:spacing w:after="40"/>
              <w:rPr>
                <w:rFonts w:cs="Arial"/>
                <w:lang w:val="pl-PL"/>
              </w:rPr>
            </w:pPr>
            <w:r w:rsidRPr="00472EB6">
              <w:rPr>
                <w:rFonts w:cs="Arial"/>
                <w:b/>
                <w:sz w:val="18"/>
                <w:lang w:val="pl-PL"/>
              </w:rPr>
              <w:t>Planowana liczba uczniów/słuchaczy</w:t>
            </w:r>
          </w:p>
          <w:p w14:paraId="57D87CB0" w14:textId="77777777" w:rsidR="00D32750" w:rsidRPr="00472EB6" w:rsidRDefault="003801DB">
            <w:pPr>
              <w:spacing w:after="40"/>
              <w:rPr>
                <w:rFonts w:cs="Arial"/>
                <w:lang w:val="pl-PL"/>
              </w:rPr>
            </w:pPr>
            <w:r w:rsidRPr="00472EB6">
              <w:rPr>
                <w:rFonts w:cs="Arial"/>
                <w:i/>
                <w:sz w:val="16"/>
                <w:lang w:val="pl-PL"/>
              </w:rPr>
              <w:t>liczba oddziałów, liczba osób w pierwszym naborze, przewidywana liczba w cyklu kształcenia</w:t>
            </w:r>
          </w:p>
        </w:tc>
        <w:tc>
          <w:tcPr>
            <w:tcW w:w="4983" w:type="dxa"/>
          </w:tcPr>
          <w:p w14:paraId="1B5D155B" w14:textId="7A9F496C" w:rsidR="00D32750" w:rsidRPr="00472EB6" w:rsidRDefault="00D32750">
            <w:pPr>
              <w:spacing w:after="40"/>
              <w:rPr>
                <w:rFonts w:cs="Arial"/>
                <w:lang w:val="pl-PL"/>
              </w:rPr>
            </w:pPr>
          </w:p>
        </w:tc>
      </w:tr>
    </w:tbl>
    <w:p w14:paraId="16F13BB1" w14:textId="77777777" w:rsidR="00472EB6" w:rsidRDefault="00472EB6">
      <w:pPr>
        <w:spacing w:before="200" w:after="80"/>
        <w:rPr>
          <w:rFonts w:cs="Arial"/>
          <w:b/>
          <w:sz w:val="24"/>
          <w:lang w:val="pl-PL"/>
        </w:rPr>
      </w:pPr>
    </w:p>
    <w:p w14:paraId="247092BA" w14:textId="649F1735" w:rsidR="00D32750" w:rsidRPr="00C47823" w:rsidRDefault="00472EB6" w:rsidP="00C47823">
      <w:pPr>
        <w:rPr>
          <w:rFonts w:cs="Arial"/>
          <w:b/>
          <w:sz w:val="24"/>
          <w:lang w:val="pl-PL"/>
        </w:rPr>
      </w:pPr>
      <w:r>
        <w:rPr>
          <w:rFonts w:cs="Arial"/>
          <w:b/>
          <w:sz w:val="24"/>
          <w:lang w:val="pl-PL"/>
        </w:rPr>
        <w:br w:type="page"/>
      </w:r>
      <w:r w:rsidR="003801DB" w:rsidRPr="00472EB6">
        <w:rPr>
          <w:rFonts w:cs="Arial"/>
          <w:b/>
          <w:sz w:val="24"/>
          <w:lang w:val="pl-PL"/>
        </w:rPr>
        <w:lastRenderedPageBreak/>
        <w:t>I</w:t>
      </w:r>
      <w:r w:rsidR="00AA6AF7" w:rsidRPr="00472EB6">
        <w:rPr>
          <w:rFonts w:cs="Arial"/>
          <w:b/>
          <w:sz w:val="24"/>
          <w:lang w:val="pl-PL"/>
        </w:rPr>
        <w:t>II</w:t>
      </w:r>
      <w:r w:rsidR="003801DB" w:rsidRPr="00472EB6">
        <w:rPr>
          <w:rFonts w:cs="Arial"/>
          <w:b/>
          <w:sz w:val="24"/>
          <w:lang w:val="pl-PL"/>
        </w:rPr>
        <w:t>. UZASADNIENIE RYNKOWE I REGIONALNE</w:t>
      </w:r>
    </w:p>
    <w:p w14:paraId="0DB9B9D2" w14:textId="61DA7EB0" w:rsidR="00D32750" w:rsidRPr="00472EB6" w:rsidRDefault="00472EB6">
      <w:pPr>
        <w:spacing w:after="60"/>
        <w:rPr>
          <w:rFonts w:cs="Arial"/>
          <w:lang w:val="pl-PL"/>
        </w:rPr>
      </w:pPr>
      <w:r>
        <w:rPr>
          <w:rFonts w:cs="Arial"/>
          <w:i/>
          <w:sz w:val="18"/>
          <w:lang w:val="pl-PL"/>
        </w:rPr>
        <w:t>W</w:t>
      </w:r>
      <w:r w:rsidR="003801DB" w:rsidRPr="00472EB6">
        <w:rPr>
          <w:rFonts w:cs="Arial"/>
          <w:i/>
          <w:sz w:val="18"/>
          <w:lang w:val="pl-PL"/>
        </w:rPr>
        <w:t>ykazać, że kształcenie odpowiada na aktualne i prognozowane potrzeby rynku pracy w województwie, podregionie i/lub powiecie. Rekomendowane jest powołanie się na dane WUP, PUP, Barometr zawodów, System monitorowania zapotrzebowania na kwalifikacje i kompetencje zawodowe, dane branżowe oraz informacje od pracodawców.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985"/>
        <w:gridCol w:w="4983"/>
      </w:tblGrid>
      <w:tr w:rsidR="00D32750" w:rsidRPr="00472EB6" w14:paraId="7099C6C4" w14:textId="77777777" w:rsidTr="00261BCB">
        <w:trPr>
          <w:cantSplit/>
          <w:jc w:val="center"/>
        </w:trPr>
        <w:tc>
          <w:tcPr>
            <w:tcW w:w="4985" w:type="dxa"/>
          </w:tcPr>
          <w:p w14:paraId="1535DA19" w14:textId="77777777" w:rsidR="00D32750" w:rsidRPr="00472EB6" w:rsidRDefault="003801DB">
            <w:pPr>
              <w:spacing w:after="40"/>
              <w:rPr>
                <w:rFonts w:cs="Arial"/>
                <w:lang w:val="pl-PL"/>
              </w:rPr>
            </w:pPr>
            <w:r w:rsidRPr="00472EB6">
              <w:rPr>
                <w:rFonts w:cs="Arial"/>
                <w:b/>
                <w:sz w:val="18"/>
                <w:lang w:val="pl-PL"/>
              </w:rPr>
              <w:t>Aktualna sytuacja popytowo-podażowa dla zawodu/kierunku</w:t>
            </w:r>
          </w:p>
          <w:p w14:paraId="4DFC9B1E" w14:textId="77777777" w:rsidR="00D32750" w:rsidRPr="00472EB6" w:rsidRDefault="003801DB">
            <w:pPr>
              <w:spacing w:after="40"/>
              <w:rPr>
                <w:rFonts w:cs="Arial"/>
                <w:lang w:val="pl-PL"/>
              </w:rPr>
            </w:pPr>
            <w:r w:rsidRPr="00472EB6">
              <w:rPr>
                <w:rFonts w:cs="Arial"/>
                <w:i/>
                <w:sz w:val="16"/>
                <w:lang w:val="pl-PL"/>
              </w:rPr>
              <w:t>liczba ofert pracy, deficyty/nadwyżki, bezrobocie absolwentów, lokalne zapotrzebowanie pracodawców</w:t>
            </w:r>
          </w:p>
        </w:tc>
        <w:tc>
          <w:tcPr>
            <w:tcW w:w="4983" w:type="dxa"/>
          </w:tcPr>
          <w:p w14:paraId="0D3CCD39" w14:textId="2B875D8D" w:rsidR="00D32750" w:rsidRPr="00472EB6" w:rsidRDefault="00D32750">
            <w:pPr>
              <w:spacing w:after="40"/>
              <w:rPr>
                <w:rFonts w:cs="Arial"/>
                <w:lang w:val="pl-PL"/>
              </w:rPr>
            </w:pPr>
          </w:p>
        </w:tc>
      </w:tr>
      <w:tr w:rsidR="00D32750" w:rsidRPr="00472EB6" w14:paraId="20B15D40" w14:textId="77777777" w:rsidTr="00261BCB">
        <w:trPr>
          <w:cantSplit/>
          <w:jc w:val="center"/>
        </w:trPr>
        <w:tc>
          <w:tcPr>
            <w:tcW w:w="4985" w:type="dxa"/>
          </w:tcPr>
          <w:p w14:paraId="77588889" w14:textId="77777777" w:rsidR="00D32750" w:rsidRPr="00472EB6" w:rsidRDefault="003801DB">
            <w:pPr>
              <w:spacing w:after="40"/>
              <w:rPr>
                <w:rFonts w:cs="Arial"/>
                <w:lang w:val="pl-PL"/>
              </w:rPr>
            </w:pPr>
            <w:r w:rsidRPr="00472EB6">
              <w:rPr>
                <w:rFonts w:cs="Arial"/>
                <w:b/>
                <w:sz w:val="18"/>
                <w:lang w:val="pl-PL"/>
              </w:rPr>
              <w:t>Zróżnicowanie terytorialne potrzeb</w:t>
            </w:r>
          </w:p>
          <w:p w14:paraId="1A7AEA34" w14:textId="6495C508" w:rsidR="00D32750" w:rsidRPr="00472EB6" w:rsidRDefault="003801DB">
            <w:pPr>
              <w:spacing w:after="40"/>
              <w:rPr>
                <w:rFonts w:cs="Arial"/>
                <w:lang w:val="pl-PL"/>
              </w:rPr>
            </w:pPr>
            <w:r w:rsidRPr="00472EB6">
              <w:rPr>
                <w:rFonts w:cs="Arial"/>
                <w:i/>
                <w:sz w:val="16"/>
                <w:lang w:val="pl-PL"/>
              </w:rPr>
              <w:t>powiat/podregion; uzasadnienie, dlaczego kierunek jest potrzebny w danej lokalizacji</w:t>
            </w:r>
          </w:p>
        </w:tc>
        <w:tc>
          <w:tcPr>
            <w:tcW w:w="4983" w:type="dxa"/>
          </w:tcPr>
          <w:p w14:paraId="111D00B8" w14:textId="7D9B1985" w:rsidR="00D32750" w:rsidRPr="00472EB6" w:rsidRDefault="00D32750">
            <w:pPr>
              <w:spacing w:after="40"/>
              <w:rPr>
                <w:rFonts w:cs="Arial"/>
                <w:lang w:val="pl-PL"/>
              </w:rPr>
            </w:pPr>
          </w:p>
        </w:tc>
      </w:tr>
    </w:tbl>
    <w:p w14:paraId="2886F728" w14:textId="77777777" w:rsidR="00C47823" w:rsidRDefault="00C47823" w:rsidP="007545EB">
      <w:pPr>
        <w:spacing w:before="200" w:after="80"/>
        <w:rPr>
          <w:rFonts w:cs="Arial"/>
          <w:b/>
          <w:sz w:val="24"/>
          <w:lang w:val="pl-PL"/>
        </w:rPr>
      </w:pPr>
    </w:p>
    <w:p w14:paraId="1375EE96" w14:textId="464A3959" w:rsidR="00D32750" w:rsidRPr="00472EB6" w:rsidRDefault="0098604B" w:rsidP="007545EB">
      <w:pPr>
        <w:spacing w:before="200" w:after="80"/>
        <w:rPr>
          <w:rFonts w:cs="Arial"/>
          <w:lang w:val="pl-PL"/>
        </w:rPr>
      </w:pPr>
      <w:r w:rsidRPr="00472EB6">
        <w:rPr>
          <w:rFonts w:cs="Arial"/>
          <w:b/>
          <w:sz w:val="24"/>
          <w:lang w:val="pl-PL"/>
        </w:rPr>
        <w:t>I</w:t>
      </w:r>
      <w:r w:rsidR="003801DB" w:rsidRPr="00472EB6">
        <w:rPr>
          <w:rFonts w:cs="Arial"/>
          <w:b/>
          <w:sz w:val="24"/>
          <w:lang w:val="pl-PL"/>
        </w:rPr>
        <w:t>V. WSPÓŁPRACA Z OTOCZENIEM SPOŁECZNO-GOSPODARCZYM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985"/>
        <w:gridCol w:w="4983"/>
      </w:tblGrid>
      <w:tr w:rsidR="00D32750" w:rsidRPr="00472EB6" w14:paraId="400D53E9" w14:textId="77777777" w:rsidTr="00442D5B">
        <w:trPr>
          <w:cantSplit/>
          <w:jc w:val="center"/>
        </w:trPr>
        <w:tc>
          <w:tcPr>
            <w:tcW w:w="4985" w:type="dxa"/>
          </w:tcPr>
          <w:p w14:paraId="2E4EB667" w14:textId="77777777" w:rsidR="00D32750" w:rsidRPr="00472EB6" w:rsidRDefault="003801DB">
            <w:pPr>
              <w:spacing w:after="40"/>
              <w:rPr>
                <w:rFonts w:cs="Arial"/>
                <w:lang w:val="pl-PL"/>
              </w:rPr>
            </w:pPr>
            <w:r w:rsidRPr="00472EB6">
              <w:rPr>
                <w:rFonts w:cs="Arial"/>
                <w:b/>
                <w:sz w:val="18"/>
                <w:lang w:val="pl-PL"/>
              </w:rPr>
              <w:t>Lista pracodawców / partnerów deklarujących współpracę</w:t>
            </w:r>
          </w:p>
          <w:p w14:paraId="1CB852F4" w14:textId="77777777" w:rsidR="00D32750" w:rsidRPr="00472EB6" w:rsidRDefault="003801DB">
            <w:pPr>
              <w:spacing w:after="40"/>
              <w:rPr>
                <w:rFonts w:cs="Arial"/>
                <w:lang w:val="pl-PL"/>
              </w:rPr>
            </w:pPr>
            <w:r w:rsidRPr="00472EB6">
              <w:rPr>
                <w:rFonts w:cs="Arial"/>
                <w:i/>
                <w:sz w:val="16"/>
                <w:lang w:val="pl-PL"/>
              </w:rPr>
              <w:t>pełna nazwa, branża, lokalizacja, osoba kontaktowa, zakres deklarowanej współpracy</w:t>
            </w:r>
          </w:p>
        </w:tc>
        <w:tc>
          <w:tcPr>
            <w:tcW w:w="4983" w:type="dxa"/>
          </w:tcPr>
          <w:p w14:paraId="2C833176" w14:textId="0F41F576" w:rsidR="00D32750" w:rsidRPr="00472EB6" w:rsidRDefault="00D32750">
            <w:pPr>
              <w:spacing w:after="40"/>
              <w:rPr>
                <w:rFonts w:cs="Arial"/>
                <w:lang w:val="pl-PL"/>
              </w:rPr>
            </w:pPr>
          </w:p>
        </w:tc>
      </w:tr>
      <w:tr w:rsidR="00D32750" w:rsidRPr="00472EB6" w14:paraId="64F5D81B" w14:textId="77777777" w:rsidTr="00442D5B">
        <w:trPr>
          <w:cantSplit/>
          <w:jc w:val="center"/>
        </w:trPr>
        <w:tc>
          <w:tcPr>
            <w:tcW w:w="4985" w:type="dxa"/>
          </w:tcPr>
          <w:p w14:paraId="5A58D587" w14:textId="77777777" w:rsidR="00D32750" w:rsidRPr="00472EB6" w:rsidRDefault="003801DB">
            <w:pPr>
              <w:spacing w:after="40"/>
              <w:rPr>
                <w:rFonts w:cs="Arial"/>
                <w:lang w:val="pl-PL"/>
              </w:rPr>
            </w:pPr>
            <w:r w:rsidRPr="00472EB6">
              <w:rPr>
                <w:rFonts w:cs="Arial"/>
                <w:b/>
                <w:sz w:val="18"/>
                <w:lang w:val="pl-PL"/>
              </w:rPr>
              <w:t>Zakres praktycznej nauki zawodu u pracodawców</w:t>
            </w:r>
          </w:p>
          <w:p w14:paraId="1D048B9D" w14:textId="7BD9BD42" w:rsidR="00D32750" w:rsidRPr="00472EB6" w:rsidRDefault="003801DB">
            <w:pPr>
              <w:spacing w:after="40"/>
              <w:rPr>
                <w:rFonts w:cs="Arial"/>
                <w:lang w:val="pl-PL"/>
              </w:rPr>
            </w:pPr>
            <w:r w:rsidRPr="00472EB6">
              <w:rPr>
                <w:rFonts w:cs="Arial"/>
                <w:i/>
                <w:sz w:val="16"/>
                <w:lang w:val="pl-PL"/>
              </w:rPr>
              <w:t>praktyki, staże, zajęcia praktyczne, dualne elementy kształcenia, liczba miejsc</w:t>
            </w:r>
          </w:p>
        </w:tc>
        <w:tc>
          <w:tcPr>
            <w:tcW w:w="4983" w:type="dxa"/>
          </w:tcPr>
          <w:p w14:paraId="0682DA1A" w14:textId="707279E5" w:rsidR="00D32750" w:rsidRPr="00472EB6" w:rsidRDefault="00D32750">
            <w:pPr>
              <w:spacing w:after="40"/>
              <w:rPr>
                <w:rFonts w:cs="Arial"/>
                <w:lang w:val="pl-PL"/>
              </w:rPr>
            </w:pPr>
          </w:p>
        </w:tc>
      </w:tr>
      <w:tr w:rsidR="00D32750" w:rsidRPr="00472EB6" w14:paraId="5885490C" w14:textId="77777777" w:rsidTr="00442D5B">
        <w:trPr>
          <w:cantSplit/>
          <w:jc w:val="center"/>
        </w:trPr>
        <w:tc>
          <w:tcPr>
            <w:tcW w:w="4985" w:type="dxa"/>
          </w:tcPr>
          <w:p w14:paraId="46707AA5" w14:textId="77777777" w:rsidR="00D32750" w:rsidRPr="00472EB6" w:rsidRDefault="003801DB">
            <w:pPr>
              <w:spacing w:after="40"/>
              <w:rPr>
                <w:rFonts w:cs="Arial"/>
                <w:lang w:val="pl-PL"/>
              </w:rPr>
            </w:pPr>
            <w:r w:rsidRPr="00472EB6">
              <w:rPr>
                <w:rFonts w:cs="Arial"/>
                <w:b/>
                <w:sz w:val="18"/>
                <w:lang w:val="pl-PL"/>
              </w:rPr>
              <w:t>Udział pracodawców w tworzeniu lub aktualizacji programu</w:t>
            </w:r>
          </w:p>
          <w:p w14:paraId="641DE8ED" w14:textId="77777777" w:rsidR="00D32750" w:rsidRPr="00472EB6" w:rsidRDefault="003801DB">
            <w:pPr>
              <w:spacing w:after="40"/>
              <w:rPr>
                <w:rFonts w:cs="Arial"/>
                <w:lang w:val="pl-PL"/>
              </w:rPr>
            </w:pPr>
            <w:r w:rsidRPr="00472EB6">
              <w:rPr>
                <w:rFonts w:cs="Arial"/>
                <w:i/>
                <w:sz w:val="16"/>
                <w:lang w:val="pl-PL"/>
              </w:rPr>
              <w:t>np. konsultacje treści kształcenia, udział w radzie programowej, mentoring, wykłady praktyków</w:t>
            </w:r>
          </w:p>
        </w:tc>
        <w:tc>
          <w:tcPr>
            <w:tcW w:w="4983" w:type="dxa"/>
          </w:tcPr>
          <w:p w14:paraId="5793B4A0" w14:textId="72BB31B6" w:rsidR="00D32750" w:rsidRPr="00472EB6" w:rsidRDefault="00D32750">
            <w:pPr>
              <w:spacing w:after="40"/>
              <w:rPr>
                <w:rFonts w:cs="Arial"/>
                <w:lang w:val="pl-PL"/>
              </w:rPr>
            </w:pPr>
          </w:p>
        </w:tc>
      </w:tr>
      <w:tr w:rsidR="00D32750" w:rsidRPr="00472EB6" w14:paraId="1D990023" w14:textId="77777777" w:rsidTr="00442D5B">
        <w:trPr>
          <w:cantSplit/>
          <w:jc w:val="center"/>
        </w:trPr>
        <w:tc>
          <w:tcPr>
            <w:tcW w:w="4985" w:type="dxa"/>
          </w:tcPr>
          <w:p w14:paraId="0C5032EB" w14:textId="77777777" w:rsidR="00D32750" w:rsidRPr="00472EB6" w:rsidRDefault="003801DB">
            <w:pPr>
              <w:spacing w:after="40"/>
              <w:rPr>
                <w:rFonts w:cs="Arial"/>
                <w:lang w:val="pl-PL"/>
              </w:rPr>
            </w:pPr>
            <w:r w:rsidRPr="00472EB6">
              <w:rPr>
                <w:rFonts w:cs="Arial"/>
                <w:b/>
                <w:sz w:val="18"/>
                <w:lang w:val="pl-PL"/>
              </w:rPr>
              <w:t>Współpraca z instytucjami rynku pracy, samorządem, uczelniami, cechami lub organizacjami branżowymi</w:t>
            </w:r>
          </w:p>
          <w:p w14:paraId="7BBE27E0" w14:textId="77777777" w:rsidR="00D32750" w:rsidRPr="00472EB6" w:rsidRDefault="003801DB">
            <w:pPr>
              <w:spacing w:after="40"/>
              <w:rPr>
                <w:rFonts w:cs="Arial"/>
                <w:lang w:val="pl-PL"/>
              </w:rPr>
            </w:pPr>
            <w:r w:rsidRPr="00472EB6">
              <w:rPr>
                <w:rFonts w:cs="Arial"/>
                <w:i/>
                <w:sz w:val="16"/>
                <w:lang w:val="pl-PL"/>
              </w:rPr>
              <w:t>proszę wskazać partnerów i zakres współpracy</w:t>
            </w:r>
          </w:p>
        </w:tc>
        <w:tc>
          <w:tcPr>
            <w:tcW w:w="4983" w:type="dxa"/>
          </w:tcPr>
          <w:p w14:paraId="141C5296" w14:textId="126F0623" w:rsidR="00D32750" w:rsidRPr="00472EB6" w:rsidRDefault="00D32750">
            <w:pPr>
              <w:spacing w:after="40"/>
              <w:rPr>
                <w:rFonts w:cs="Arial"/>
                <w:lang w:val="pl-PL"/>
              </w:rPr>
            </w:pPr>
          </w:p>
        </w:tc>
      </w:tr>
    </w:tbl>
    <w:p w14:paraId="78C73E2D" w14:textId="77777777" w:rsidR="00C47823" w:rsidRDefault="00C47823">
      <w:pPr>
        <w:spacing w:before="200" w:after="80"/>
        <w:rPr>
          <w:rFonts w:cs="Arial"/>
          <w:b/>
          <w:sz w:val="24"/>
          <w:lang w:val="pl-PL"/>
        </w:rPr>
      </w:pPr>
    </w:p>
    <w:p w14:paraId="39438F19" w14:textId="5CC47B9E" w:rsidR="00D32750" w:rsidRPr="00472EB6" w:rsidRDefault="003801DB">
      <w:pPr>
        <w:spacing w:before="200" w:after="80"/>
        <w:rPr>
          <w:rFonts w:cs="Arial"/>
          <w:lang w:val="pl-PL"/>
        </w:rPr>
      </w:pPr>
      <w:r w:rsidRPr="00472EB6">
        <w:rPr>
          <w:rFonts w:cs="Arial"/>
          <w:b/>
          <w:sz w:val="24"/>
          <w:lang w:val="pl-PL"/>
        </w:rPr>
        <w:t>V. POTENCJAŁ ORGANIZACYJNY, DYDAKTYCZNY I JAKOŚĆ KSZTAŁCENIA</w:t>
      </w:r>
    </w:p>
    <w:p w14:paraId="6FD58C5E" w14:textId="77777777" w:rsidR="00D32750" w:rsidRPr="00472EB6" w:rsidRDefault="003801DB">
      <w:pPr>
        <w:spacing w:after="60"/>
        <w:rPr>
          <w:rFonts w:cs="Arial"/>
          <w:lang w:val="pl-PL"/>
        </w:rPr>
      </w:pPr>
      <w:r w:rsidRPr="00472EB6">
        <w:rPr>
          <w:rFonts w:cs="Arial"/>
          <w:i/>
          <w:sz w:val="18"/>
          <w:lang w:val="pl-PL"/>
        </w:rPr>
        <w:t>Proszę zaznaczyć stan przygotowania szkoły oraz opisać działania zaplanowane w przypadku braków.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681"/>
        <w:gridCol w:w="1276"/>
        <w:gridCol w:w="1275"/>
        <w:gridCol w:w="1134"/>
        <w:gridCol w:w="2602"/>
      </w:tblGrid>
      <w:tr w:rsidR="00D32750" w:rsidRPr="00472EB6" w14:paraId="40C2436C" w14:textId="77777777" w:rsidTr="00C47823">
        <w:trPr>
          <w:cantSplit/>
          <w:tblHeader/>
          <w:jc w:val="center"/>
        </w:trPr>
        <w:tc>
          <w:tcPr>
            <w:tcW w:w="3681" w:type="dxa"/>
            <w:shd w:val="clear" w:color="auto" w:fill="F2F2F2" w:themeFill="background1" w:themeFillShade="F2"/>
            <w:vAlign w:val="center"/>
          </w:tcPr>
          <w:p w14:paraId="6E76EDA1" w14:textId="77777777" w:rsidR="00D32750" w:rsidRPr="00472EB6" w:rsidRDefault="003801DB" w:rsidP="0098604B">
            <w:pPr>
              <w:spacing w:after="40"/>
              <w:jc w:val="center"/>
              <w:rPr>
                <w:rFonts w:cs="Arial"/>
                <w:lang w:val="pl-PL"/>
              </w:rPr>
            </w:pPr>
            <w:r w:rsidRPr="00472EB6">
              <w:rPr>
                <w:rFonts w:cs="Arial"/>
                <w:b/>
                <w:sz w:val="17"/>
                <w:lang w:val="pl-PL"/>
              </w:rPr>
              <w:t>Obszar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63872083" w14:textId="77777777" w:rsidR="00D32750" w:rsidRPr="00472EB6" w:rsidRDefault="003801DB" w:rsidP="0098604B">
            <w:pPr>
              <w:spacing w:after="40"/>
              <w:jc w:val="center"/>
              <w:rPr>
                <w:rFonts w:cs="Arial"/>
                <w:lang w:val="pl-PL"/>
              </w:rPr>
            </w:pPr>
            <w:r w:rsidRPr="00472EB6">
              <w:rPr>
                <w:rFonts w:cs="Arial"/>
                <w:b/>
                <w:sz w:val="17"/>
                <w:lang w:val="pl-PL"/>
              </w:rPr>
              <w:t>Tak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51F73880" w14:textId="77777777" w:rsidR="00D32750" w:rsidRPr="00472EB6" w:rsidRDefault="003801DB" w:rsidP="0098604B">
            <w:pPr>
              <w:spacing w:after="40"/>
              <w:jc w:val="center"/>
              <w:rPr>
                <w:rFonts w:cs="Arial"/>
                <w:lang w:val="pl-PL"/>
              </w:rPr>
            </w:pPr>
            <w:r w:rsidRPr="00472EB6">
              <w:rPr>
                <w:rFonts w:cs="Arial"/>
                <w:b/>
                <w:sz w:val="17"/>
                <w:lang w:val="pl-PL"/>
              </w:rPr>
              <w:t>Częściowo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143F6A75" w14:textId="77777777" w:rsidR="00D32750" w:rsidRPr="00472EB6" w:rsidRDefault="003801DB" w:rsidP="0098604B">
            <w:pPr>
              <w:spacing w:after="40"/>
              <w:jc w:val="center"/>
              <w:rPr>
                <w:rFonts w:cs="Arial"/>
                <w:lang w:val="pl-PL"/>
              </w:rPr>
            </w:pPr>
            <w:r w:rsidRPr="00472EB6">
              <w:rPr>
                <w:rFonts w:cs="Arial"/>
                <w:b/>
                <w:sz w:val="17"/>
                <w:lang w:val="pl-PL"/>
              </w:rPr>
              <w:t>Nie</w:t>
            </w:r>
          </w:p>
        </w:tc>
        <w:tc>
          <w:tcPr>
            <w:tcW w:w="2602" w:type="dxa"/>
            <w:shd w:val="clear" w:color="auto" w:fill="F2F2F2" w:themeFill="background1" w:themeFillShade="F2"/>
            <w:vAlign w:val="center"/>
          </w:tcPr>
          <w:p w14:paraId="5FE3C9D1" w14:textId="77777777" w:rsidR="00D32750" w:rsidRPr="00472EB6" w:rsidRDefault="003801DB" w:rsidP="0098604B">
            <w:pPr>
              <w:spacing w:after="40"/>
              <w:jc w:val="center"/>
              <w:rPr>
                <w:rFonts w:cs="Arial"/>
                <w:lang w:val="pl-PL"/>
              </w:rPr>
            </w:pPr>
            <w:r w:rsidRPr="00472EB6">
              <w:rPr>
                <w:rFonts w:cs="Arial"/>
                <w:b/>
                <w:sz w:val="17"/>
                <w:lang w:val="pl-PL"/>
              </w:rPr>
              <w:t>Opis / działania uzupełniające</w:t>
            </w:r>
          </w:p>
        </w:tc>
      </w:tr>
      <w:tr w:rsidR="00D32750" w:rsidRPr="00472EB6" w14:paraId="0A049255" w14:textId="77777777" w:rsidTr="00C47823">
        <w:trPr>
          <w:cantSplit/>
          <w:jc w:val="center"/>
        </w:trPr>
        <w:tc>
          <w:tcPr>
            <w:tcW w:w="3681" w:type="dxa"/>
          </w:tcPr>
          <w:p w14:paraId="77A160AB" w14:textId="77777777" w:rsidR="00D32750" w:rsidRPr="00472EB6" w:rsidRDefault="003801DB">
            <w:pPr>
              <w:spacing w:after="40"/>
              <w:rPr>
                <w:rFonts w:cs="Arial"/>
                <w:lang w:val="pl-PL"/>
              </w:rPr>
            </w:pPr>
            <w:r w:rsidRPr="00472EB6">
              <w:rPr>
                <w:rFonts w:cs="Arial"/>
                <w:sz w:val="16"/>
                <w:lang w:val="pl-PL"/>
              </w:rPr>
              <w:t>Warunki lokalowe do teoretycznej nauki zawodu</w:t>
            </w:r>
          </w:p>
        </w:tc>
        <w:tc>
          <w:tcPr>
            <w:tcW w:w="1276" w:type="dxa"/>
            <w:vAlign w:val="center"/>
          </w:tcPr>
          <w:p w14:paraId="0506898B" w14:textId="77777777" w:rsidR="00D32750" w:rsidRPr="00472EB6" w:rsidRDefault="003801DB" w:rsidP="0098604B">
            <w:pPr>
              <w:spacing w:after="40"/>
              <w:jc w:val="center"/>
              <w:rPr>
                <w:rFonts w:cs="Arial"/>
                <w:lang w:val="pl-PL"/>
              </w:rPr>
            </w:pPr>
            <w:r w:rsidRPr="00472EB6">
              <w:rPr>
                <w:rFonts w:cs="Arial"/>
                <w:sz w:val="16"/>
                <w:lang w:val="pl-PL"/>
              </w:rPr>
              <w:t>[ ]</w:t>
            </w:r>
          </w:p>
        </w:tc>
        <w:tc>
          <w:tcPr>
            <w:tcW w:w="1275" w:type="dxa"/>
            <w:vAlign w:val="center"/>
          </w:tcPr>
          <w:p w14:paraId="66D75211" w14:textId="77777777" w:rsidR="00D32750" w:rsidRPr="00472EB6" w:rsidRDefault="003801DB" w:rsidP="0098604B">
            <w:pPr>
              <w:spacing w:after="40"/>
              <w:jc w:val="center"/>
              <w:rPr>
                <w:rFonts w:cs="Arial"/>
                <w:lang w:val="pl-PL"/>
              </w:rPr>
            </w:pPr>
            <w:r w:rsidRPr="00472EB6">
              <w:rPr>
                <w:rFonts w:cs="Arial"/>
                <w:sz w:val="16"/>
                <w:lang w:val="pl-PL"/>
              </w:rPr>
              <w:t>[ ]</w:t>
            </w:r>
          </w:p>
        </w:tc>
        <w:tc>
          <w:tcPr>
            <w:tcW w:w="1134" w:type="dxa"/>
            <w:vAlign w:val="center"/>
          </w:tcPr>
          <w:p w14:paraId="6D743555" w14:textId="77777777" w:rsidR="00D32750" w:rsidRPr="00472EB6" w:rsidRDefault="003801DB" w:rsidP="0098604B">
            <w:pPr>
              <w:spacing w:after="40"/>
              <w:jc w:val="center"/>
              <w:rPr>
                <w:rFonts w:cs="Arial"/>
                <w:lang w:val="pl-PL"/>
              </w:rPr>
            </w:pPr>
            <w:r w:rsidRPr="00472EB6">
              <w:rPr>
                <w:rFonts w:cs="Arial"/>
                <w:sz w:val="16"/>
                <w:lang w:val="pl-PL"/>
              </w:rPr>
              <w:t>[ ]</w:t>
            </w:r>
          </w:p>
        </w:tc>
        <w:tc>
          <w:tcPr>
            <w:tcW w:w="2602" w:type="dxa"/>
            <w:vAlign w:val="center"/>
          </w:tcPr>
          <w:p w14:paraId="1E2EF1F2" w14:textId="77777777" w:rsidR="00D32750" w:rsidRPr="00472EB6" w:rsidRDefault="003801DB" w:rsidP="0098604B">
            <w:pPr>
              <w:spacing w:after="40"/>
              <w:jc w:val="center"/>
              <w:rPr>
                <w:rFonts w:cs="Arial"/>
                <w:lang w:val="pl-PL"/>
              </w:rPr>
            </w:pPr>
            <w:r w:rsidRPr="00472EB6">
              <w:rPr>
                <w:rFonts w:cs="Arial"/>
                <w:sz w:val="16"/>
                <w:lang w:val="pl-PL"/>
              </w:rPr>
              <w:br/>
            </w:r>
            <w:r w:rsidRPr="00472EB6">
              <w:rPr>
                <w:rFonts w:cs="Arial"/>
                <w:sz w:val="16"/>
                <w:lang w:val="pl-PL"/>
              </w:rPr>
              <w:br/>
            </w:r>
          </w:p>
        </w:tc>
      </w:tr>
      <w:tr w:rsidR="00D32750" w:rsidRPr="00472EB6" w14:paraId="3A2922F2" w14:textId="77777777" w:rsidTr="00C47823">
        <w:trPr>
          <w:cantSplit/>
          <w:jc w:val="center"/>
        </w:trPr>
        <w:tc>
          <w:tcPr>
            <w:tcW w:w="3681" w:type="dxa"/>
          </w:tcPr>
          <w:p w14:paraId="6C6E69F1" w14:textId="77777777" w:rsidR="00D32750" w:rsidRPr="00472EB6" w:rsidRDefault="003801DB">
            <w:pPr>
              <w:spacing w:after="40"/>
              <w:rPr>
                <w:rFonts w:cs="Arial"/>
                <w:lang w:val="pl-PL"/>
              </w:rPr>
            </w:pPr>
            <w:r w:rsidRPr="00472EB6">
              <w:rPr>
                <w:rFonts w:cs="Arial"/>
                <w:sz w:val="16"/>
                <w:lang w:val="pl-PL"/>
              </w:rPr>
              <w:t>Wyposażenie do teoretycznej nauki zawodu</w:t>
            </w:r>
          </w:p>
        </w:tc>
        <w:tc>
          <w:tcPr>
            <w:tcW w:w="1276" w:type="dxa"/>
            <w:vAlign w:val="center"/>
          </w:tcPr>
          <w:p w14:paraId="62E3430D" w14:textId="77777777" w:rsidR="00D32750" w:rsidRPr="00472EB6" w:rsidRDefault="003801DB" w:rsidP="0098604B">
            <w:pPr>
              <w:spacing w:after="40"/>
              <w:jc w:val="center"/>
              <w:rPr>
                <w:rFonts w:cs="Arial"/>
                <w:lang w:val="pl-PL"/>
              </w:rPr>
            </w:pPr>
            <w:r w:rsidRPr="00472EB6">
              <w:rPr>
                <w:rFonts w:cs="Arial"/>
                <w:sz w:val="16"/>
                <w:lang w:val="pl-PL"/>
              </w:rPr>
              <w:t>[ ]</w:t>
            </w:r>
          </w:p>
        </w:tc>
        <w:tc>
          <w:tcPr>
            <w:tcW w:w="1275" w:type="dxa"/>
            <w:vAlign w:val="center"/>
          </w:tcPr>
          <w:p w14:paraId="43903758" w14:textId="77777777" w:rsidR="00D32750" w:rsidRPr="00472EB6" w:rsidRDefault="003801DB" w:rsidP="0098604B">
            <w:pPr>
              <w:spacing w:after="40"/>
              <w:jc w:val="center"/>
              <w:rPr>
                <w:rFonts w:cs="Arial"/>
                <w:lang w:val="pl-PL"/>
              </w:rPr>
            </w:pPr>
            <w:r w:rsidRPr="00472EB6">
              <w:rPr>
                <w:rFonts w:cs="Arial"/>
                <w:sz w:val="16"/>
                <w:lang w:val="pl-PL"/>
              </w:rPr>
              <w:t>[ ]</w:t>
            </w:r>
          </w:p>
        </w:tc>
        <w:tc>
          <w:tcPr>
            <w:tcW w:w="1134" w:type="dxa"/>
            <w:vAlign w:val="center"/>
          </w:tcPr>
          <w:p w14:paraId="0EA7FAD8" w14:textId="77777777" w:rsidR="00D32750" w:rsidRPr="00472EB6" w:rsidRDefault="003801DB" w:rsidP="0098604B">
            <w:pPr>
              <w:spacing w:after="40"/>
              <w:jc w:val="center"/>
              <w:rPr>
                <w:rFonts w:cs="Arial"/>
                <w:lang w:val="pl-PL"/>
              </w:rPr>
            </w:pPr>
            <w:r w:rsidRPr="00472EB6">
              <w:rPr>
                <w:rFonts w:cs="Arial"/>
                <w:sz w:val="16"/>
                <w:lang w:val="pl-PL"/>
              </w:rPr>
              <w:t>[ ]</w:t>
            </w:r>
          </w:p>
        </w:tc>
        <w:tc>
          <w:tcPr>
            <w:tcW w:w="2602" w:type="dxa"/>
            <w:vAlign w:val="center"/>
          </w:tcPr>
          <w:p w14:paraId="5D4EFC12" w14:textId="77777777" w:rsidR="00D32750" w:rsidRPr="00472EB6" w:rsidRDefault="003801DB" w:rsidP="0098604B">
            <w:pPr>
              <w:spacing w:after="40"/>
              <w:jc w:val="center"/>
              <w:rPr>
                <w:rFonts w:cs="Arial"/>
                <w:lang w:val="pl-PL"/>
              </w:rPr>
            </w:pPr>
            <w:r w:rsidRPr="00472EB6">
              <w:rPr>
                <w:rFonts w:cs="Arial"/>
                <w:sz w:val="16"/>
                <w:lang w:val="pl-PL"/>
              </w:rPr>
              <w:br/>
            </w:r>
            <w:r w:rsidRPr="00472EB6">
              <w:rPr>
                <w:rFonts w:cs="Arial"/>
                <w:sz w:val="16"/>
                <w:lang w:val="pl-PL"/>
              </w:rPr>
              <w:br/>
            </w:r>
          </w:p>
        </w:tc>
      </w:tr>
      <w:tr w:rsidR="00D32750" w:rsidRPr="00472EB6" w14:paraId="7E780F7E" w14:textId="77777777" w:rsidTr="00C47823">
        <w:trPr>
          <w:cantSplit/>
          <w:jc w:val="center"/>
        </w:trPr>
        <w:tc>
          <w:tcPr>
            <w:tcW w:w="3681" w:type="dxa"/>
          </w:tcPr>
          <w:p w14:paraId="572E60AD" w14:textId="77777777" w:rsidR="00D32750" w:rsidRPr="00472EB6" w:rsidRDefault="003801DB">
            <w:pPr>
              <w:spacing w:after="40"/>
              <w:rPr>
                <w:rFonts w:cs="Arial"/>
                <w:lang w:val="pl-PL"/>
              </w:rPr>
            </w:pPr>
            <w:r w:rsidRPr="00472EB6">
              <w:rPr>
                <w:rFonts w:cs="Arial"/>
                <w:sz w:val="16"/>
                <w:lang w:val="pl-PL"/>
              </w:rPr>
              <w:t>Kadra dydaktyczna do teoretycznej nauki zawodu</w:t>
            </w:r>
          </w:p>
        </w:tc>
        <w:tc>
          <w:tcPr>
            <w:tcW w:w="1276" w:type="dxa"/>
            <w:vAlign w:val="center"/>
          </w:tcPr>
          <w:p w14:paraId="293FA09F" w14:textId="77777777" w:rsidR="00D32750" w:rsidRPr="00472EB6" w:rsidRDefault="003801DB" w:rsidP="0098604B">
            <w:pPr>
              <w:spacing w:after="40"/>
              <w:jc w:val="center"/>
              <w:rPr>
                <w:rFonts w:cs="Arial"/>
                <w:lang w:val="pl-PL"/>
              </w:rPr>
            </w:pPr>
            <w:r w:rsidRPr="00472EB6">
              <w:rPr>
                <w:rFonts w:cs="Arial"/>
                <w:sz w:val="16"/>
                <w:lang w:val="pl-PL"/>
              </w:rPr>
              <w:t>[ ]</w:t>
            </w:r>
          </w:p>
        </w:tc>
        <w:tc>
          <w:tcPr>
            <w:tcW w:w="1275" w:type="dxa"/>
            <w:vAlign w:val="center"/>
          </w:tcPr>
          <w:p w14:paraId="0901AA17" w14:textId="77777777" w:rsidR="00D32750" w:rsidRPr="00472EB6" w:rsidRDefault="003801DB" w:rsidP="0098604B">
            <w:pPr>
              <w:spacing w:after="40"/>
              <w:jc w:val="center"/>
              <w:rPr>
                <w:rFonts w:cs="Arial"/>
                <w:lang w:val="pl-PL"/>
              </w:rPr>
            </w:pPr>
            <w:r w:rsidRPr="00472EB6">
              <w:rPr>
                <w:rFonts w:cs="Arial"/>
                <w:sz w:val="16"/>
                <w:lang w:val="pl-PL"/>
              </w:rPr>
              <w:t>[ ]</w:t>
            </w:r>
          </w:p>
        </w:tc>
        <w:tc>
          <w:tcPr>
            <w:tcW w:w="1134" w:type="dxa"/>
            <w:vAlign w:val="center"/>
          </w:tcPr>
          <w:p w14:paraId="1FE6DBEB" w14:textId="77777777" w:rsidR="00D32750" w:rsidRPr="00472EB6" w:rsidRDefault="003801DB" w:rsidP="0098604B">
            <w:pPr>
              <w:spacing w:after="40"/>
              <w:jc w:val="center"/>
              <w:rPr>
                <w:rFonts w:cs="Arial"/>
                <w:lang w:val="pl-PL"/>
              </w:rPr>
            </w:pPr>
            <w:r w:rsidRPr="00472EB6">
              <w:rPr>
                <w:rFonts w:cs="Arial"/>
                <w:sz w:val="16"/>
                <w:lang w:val="pl-PL"/>
              </w:rPr>
              <w:t>[ ]</w:t>
            </w:r>
          </w:p>
        </w:tc>
        <w:tc>
          <w:tcPr>
            <w:tcW w:w="2602" w:type="dxa"/>
            <w:vAlign w:val="center"/>
          </w:tcPr>
          <w:p w14:paraId="768F9C9C" w14:textId="77777777" w:rsidR="00D32750" w:rsidRPr="00472EB6" w:rsidRDefault="003801DB" w:rsidP="0098604B">
            <w:pPr>
              <w:spacing w:after="40"/>
              <w:jc w:val="center"/>
              <w:rPr>
                <w:rFonts w:cs="Arial"/>
                <w:lang w:val="pl-PL"/>
              </w:rPr>
            </w:pPr>
            <w:r w:rsidRPr="00472EB6">
              <w:rPr>
                <w:rFonts w:cs="Arial"/>
                <w:sz w:val="16"/>
                <w:lang w:val="pl-PL"/>
              </w:rPr>
              <w:br/>
            </w:r>
            <w:r w:rsidRPr="00472EB6">
              <w:rPr>
                <w:rFonts w:cs="Arial"/>
                <w:sz w:val="16"/>
                <w:lang w:val="pl-PL"/>
              </w:rPr>
              <w:br/>
            </w:r>
          </w:p>
        </w:tc>
      </w:tr>
      <w:tr w:rsidR="00D32750" w:rsidRPr="00472EB6" w14:paraId="2BA5ECB6" w14:textId="77777777" w:rsidTr="00C47823">
        <w:trPr>
          <w:cantSplit/>
          <w:jc w:val="center"/>
        </w:trPr>
        <w:tc>
          <w:tcPr>
            <w:tcW w:w="3681" w:type="dxa"/>
          </w:tcPr>
          <w:p w14:paraId="5EF75AAB" w14:textId="77777777" w:rsidR="00D32750" w:rsidRPr="00472EB6" w:rsidRDefault="003801DB">
            <w:pPr>
              <w:spacing w:after="40"/>
              <w:rPr>
                <w:rFonts w:cs="Arial"/>
                <w:lang w:val="pl-PL"/>
              </w:rPr>
            </w:pPr>
            <w:r w:rsidRPr="00472EB6">
              <w:rPr>
                <w:rFonts w:cs="Arial"/>
                <w:sz w:val="16"/>
                <w:lang w:val="pl-PL"/>
              </w:rPr>
              <w:t>Warunki lokalowe do praktycznej nauki zawodu</w:t>
            </w:r>
          </w:p>
        </w:tc>
        <w:tc>
          <w:tcPr>
            <w:tcW w:w="1276" w:type="dxa"/>
            <w:vAlign w:val="center"/>
          </w:tcPr>
          <w:p w14:paraId="525E42BD" w14:textId="77777777" w:rsidR="00D32750" w:rsidRPr="00472EB6" w:rsidRDefault="003801DB" w:rsidP="0098604B">
            <w:pPr>
              <w:spacing w:after="40"/>
              <w:jc w:val="center"/>
              <w:rPr>
                <w:rFonts w:cs="Arial"/>
                <w:lang w:val="pl-PL"/>
              </w:rPr>
            </w:pPr>
            <w:r w:rsidRPr="00472EB6">
              <w:rPr>
                <w:rFonts w:cs="Arial"/>
                <w:sz w:val="16"/>
                <w:lang w:val="pl-PL"/>
              </w:rPr>
              <w:t>[ ]</w:t>
            </w:r>
          </w:p>
        </w:tc>
        <w:tc>
          <w:tcPr>
            <w:tcW w:w="1275" w:type="dxa"/>
            <w:vAlign w:val="center"/>
          </w:tcPr>
          <w:p w14:paraId="053326BA" w14:textId="77777777" w:rsidR="00D32750" w:rsidRPr="00472EB6" w:rsidRDefault="003801DB" w:rsidP="0098604B">
            <w:pPr>
              <w:spacing w:after="40"/>
              <w:jc w:val="center"/>
              <w:rPr>
                <w:rFonts w:cs="Arial"/>
                <w:lang w:val="pl-PL"/>
              </w:rPr>
            </w:pPr>
            <w:r w:rsidRPr="00472EB6">
              <w:rPr>
                <w:rFonts w:cs="Arial"/>
                <w:sz w:val="16"/>
                <w:lang w:val="pl-PL"/>
              </w:rPr>
              <w:t>[ ]</w:t>
            </w:r>
          </w:p>
        </w:tc>
        <w:tc>
          <w:tcPr>
            <w:tcW w:w="1134" w:type="dxa"/>
            <w:vAlign w:val="center"/>
          </w:tcPr>
          <w:p w14:paraId="16616DC9" w14:textId="77777777" w:rsidR="00D32750" w:rsidRPr="00472EB6" w:rsidRDefault="003801DB" w:rsidP="0098604B">
            <w:pPr>
              <w:spacing w:after="40"/>
              <w:jc w:val="center"/>
              <w:rPr>
                <w:rFonts w:cs="Arial"/>
                <w:lang w:val="pl-PL"/>
              </w:rPr>
            </w:pPr>
            <w:r w:rsidRPr="00472EB6">
              <w:rPr>
                <w:rFonts w:cs="Arial"/>
                <w:sz w:val="16"/>
                <w:lang w:val="pl-PL"/>
              </w:rPr>
              <w:t>[ ]</w:t>
            </w:r>
          </w:p>
        </w:tc>
        <w:tc>
          <w:tcPr>
            <w:tcW w:w="2602" w:type="dxa"/>
            <w:vAlign w:val="center"/>
          </w:tcPr>
          <w:p w14:paraId="32BD850C" w14:textId="77777777" w:rsidR="00D32750" w:rsidRPr="00472EB6" w:rsidRDefault="003801DB" w:rsidP="0098604B">
            <w:pPr>
              <w:spacing w:after="40"/>
              <w:jc w:val="center"/>
              <w:rPr>
                <w:rFonts w:cs="Arial"/>
                <w:lang w:val="pl-PL"/>
              </w:rPr>
            </w:pPr>
            <w:r w:rsidRPr="00472EB6">
              <w:rPr>
                <w:rFonts w:cs="Arial"/>
                <w:sz w:val="16"/>
                <w:lang w:val="pl-PL"/>
              </w:rPr>
              <w:br/>
            </w:r>
            <w:r w:rsidRPr="00472EB6">
              <w:rPr>
                <w:rFonts w:cs="Arial"/>
                <w:sz w:val="16"/>
                <w:lang w:val="pl-PL"/>
              </w:rPr>
              <w:br/>
            </w:r>
          </w:p>
        </w:tc>
      </w:tr>
      <w:tr w:rsidR="00D32750" w:rsidRPr="00472EB6" w14:paraId="0A07869B" w14:textId="77777777" w:rsidTr="00C47823">
        <w:trPr>
          <w:cantSplit/>
          <w:jc w:val="center"/>
        </w:trPr>
        <w:tc>
          <w:tcPr>
            <w:tcW w:w="3681" w:type="dxa"/>
          </w:tcPr>
          <w:p w14:paraId="1776C34F" w14:textId="77777777" w:rsidR="00D32750" w:rsidRPr="00472EB6" w:rsidRDefault="003801DB">
            <w:pPr>
              <w:spacing w:after="40"/>
              <w:rPr>
                <w:rFonts w:cs="Arial"/>
                <w:lang w:val="pl-PL"/>
              </w:rPr>
            </w:pPr>
            <w:r w:rsidRPr="00472EB6">
              <w:rPr>
                <w:rFonts w:cs="Arial"/>
                <w:sz w:val="16"/>
                <w:lang w:val="pl-PL"/>
              </w:rPr>
              <w:t>Wyposażenie do praktycznej nauki zawodu</w:t>
            </w:r>
          </w:p>
        </w:tc>
        <w:tc>
          <w:tcPr>
            <w:tcW w:w="1276" w:type="dxa"/>
            <w:vAlign w:val="center"/>
          </w:tcPr>
          <w:p w14:paraId="422F6239" w14:textId="77777777" w:rsidR="00D32750" w:rsidRPr="00472EB6" w:rsidRDefault="003801DB" w:rsidP="0098604B">
            <w:pPr>
              <w:spacing w:after="40"/>
              <w:jc w:val="center"/>
              <w:rPr>
                <w:rFonts w:cs="Arial"/>
                <w:lang w:val="pl-PL"/>
              </w:rPr>
            </w:pPr>
            <w:r w:rsidRPr="00472EB6">
              <w:rPr>
                <w:rFonts w:cs="Arial"/>
                <w:sz w:val="16"/>
                <w:lang w:val="pl-PL"/>
              </w:rPr>
              <w:t>[ ]</w:t>
            </w:r>
          </w:p>
        </w:tc>
        <w:tc>
          <w:tcPr>
            <w:tcW w:w="1275" w:type="dxa"/>
            <w:vAlign w:val="center"/>
          </w:tcPr>
          <w:p w14:paraId="2ED80B36" w14:textId="77777777" w:rsidR="00D32750" w:rsidRPr="00472EB6" w:rsidRDefault="003801DB" w:rsidP="0098604B">
            <w:pPr>
              <w:spacing w:after="40"/>
              <w:jc w:val="center"/>
              <w:rPr>
                <w:rFonts w:cs="Arial"/>
                <w:lang w:val="pl-PL"/>
              </w:rPr>
            </w:pPr>
            <w:r w:rsidRPr="00472EB6">
              <w:rPr>
                <w:rFonts w:cs="Arial"/>
                <w:sz w:val="16"/>
                <w:lang w:val="pl-PL"/>
              </w:rPr>
              <w:t>[ ]</w:t>
            </w:r>
          </w:p>
        </w:tc>
        <w:tc>
          <w:tcPr>
            <w:tcW w:w="1134" w:type="dxa"/>
            <w:vAlign w:val="center"/>
          </w:tcPr>
          <w:p w14:paraId="3132DCAD" w14:textId="77777777" w:rsidR="00D32750" w:rsidRPr="00472EB6" w:rsidRDefault="003801DB" w:rsidP="0098604B">
            <w:pPr>
              <w:spacing w:after="40"/>
              <w:jc w:val="center"/>
              <w:rPr>
                <w:rFonts w:cs="Arial"/>
                <w:lang w:val="pl-PL"/>
              </w:rPr>
            </w:pPr>
            <w:r w:rsidRPr="00472EB6">
              <w:rPr>
                <w:rFonts w:cs="Arial"/>
                <w:sz w:val="16"/>
                <w:lang w:val="pl-PL"/>
              </w:rPr>
              <w:t>[ ]</w:t>
            </w:r>
          </w:p>
        </w:tc>
        <w:tc>
          <w:tcPr>
            <w:tcW w:w="2602" w:type="dxa"/>
            <w:vAlign w:val="center"/>
          </w:tcPr>
          <w:p w14:paraId="0748AC52" w14:textId="77777777" w:rsidR="00D32750" w:rsidRPr="00472EB6" w:rsidRDefault="003801DB" w:rsidP="0098604B">
            <w:pPr>
              <w:spacing w:after="40"/>
              <w:jc w:val="center"/>
              <w:rPr>
                <w:rFonts w:cs="Arial"/>
                <w:lang w:val="pl-PL"/>
              </w:rPr>
            </w:pPr>
            <w:r w:rsidRPr="00472EB6">
              <w:rPr>
                <w:rFonts w:cs="Arial"/>
                <w:sz w:val="16"/>
                <w:lang w:val="pl-PL"/>
              </w:rPr>
              <w:br/>
            </w:r>
            <w:r w:rsidRPr="00472EB6">
              <w:rPr>
                <w:rFonts w:cs="Arial"/>
                <w:sz w:val="16"/>
                <w:lang w:val="pl-PL"/>
              </w:rPr>
              <w:br/>
            </w:r>
          </w:p>
        </w:tc>
      </w:tr>
      <w:tr w:rsidR="00D32750" w:rsidRPr="00472EB6" w14:paraId="7DD6BB60" w14:textId="77777777" w:rsidTr="00C47823">
        <w:trPr>
          <w:cantSplit/>
          <w:jc w:val="center"/>
        </w:trPr>
        <w:tc>
          <w:tcPr>
            <w:tcW w:w="3681" w:type="dxa"/>
          </w:tcPr>
          <w:p w14:paraId="5DC3A05A" w14:textId="77777777" w:rsidR="00D32750" w:rsidRPr="00472EB6" w:rsidRDefault="003801DB">
            <w:pPr>
              <w:spacing w:after="40"/>
              <w:rPr>
                <w:rFonts w:cs="Arial"/>
                <w:lang w:val="pl-PL"/>
              </w:rPr>
            </w:pPr>
            <w:r w:rsidRPr="00472EB6">
              <w:rPr>
                <w:rFonts w:cs="Arial"/>
                <w:sz w:val="16"/>
                <w:lang w:val="pl-PL"/>
              </w:rPr>
              <w:t>Kadra dydaktyczna do praktycznej nauki zawodu</w:t>
            </w:r>
          </w:p>
        </w:tc>
        <w:tc>
          <w:tcPr>
            <w:tcW w:w="1276" w:type="dxa"/>
            <w:vAlign w:val="center"/>
          </w:tcPr>
          <w:p w14:paraId="34EB97CE" w14:textId="77777777" w:rsidR="00D32750" w:rsidRPr="00472EB6" w:rsidRDefault="003801DB" w:rsidP="0098604B">
            <w:pPr>
              <w:spacing w:after="40"/>
              <w:jc w:val="center"/>
              <w:rPr>
                <w:rFonts w:cs="Arial"/>
                <w:lang w:val="pl-PL"/>
              </w:rPr>
            </w:pPr>
            <w:r w:rsidRPr="00472EB6">
              <w:rPr>
                <w:rFonts w:cs="Arial"/>
                <w:sz w:val="16"/>
                <w:lang w:val="pl-PL"/>
              </w:rPr>
              <w:t>[ ]</w:t>
            </w:r>
          </w:p>
        </w:tc>
        <w:tc>
          <w:tcPr>
            <w:tcW w:w="1275" w:type="dxa"/>
            <w:vAlign w:val="center"/>
          </w:tcPr>
          <w:p w14:paraId="4D2B7E05" w14:textId="77777777" w:rsidR="00D32750" w:rsidRPr="00472EB6" w:rsidRDefault="003801DB" w:rsidP="0098604B">
            <w:pPr>
              <w:spacing w:after="40"/>
              <w:jc w:val="center"/>
              <w:rPr>
                <w:rFonts w:cs="Arial"/>
                <w:lang w:val="pl-PL"/>
              </w:rPr>
            </w:pPr>
            <w:r w:rsidRPr="00472EB6">
              <w:rPr>
                <w:rFonts w:cs="Arial"/>
                <w:sz w:val="16"/>
                <w:lang w:val="pl-PL"/>
              </w:rPr>
              <w:t>[ ]</w:t>
            </w:r>
          </w:p>
        </w:tc>
        <w:tc>
          <w:tcPr>
            <w:tcW w:w="1134" w:type="dxa"/>
            <w:vAlign w:val="center"/>
          </w:tcPr>
          <w:p w14:paraId="188E6AE6" w14:textId="77777777" w:rsidR="00D32750" w:rsidRPr="00472EB6" w:rsidRDefault="003801DB" w:rsidP="0098604B">
            <w:pPr>
              <w:spacing w:after="40"/>
              <w:jc w:val="center"/>
              <w:rPr>
                <w:rFonts w:cs="Arial"/>
                <w:lang w:val="pl-PL"/>
              </w:rPr>
            </w:pPr>
            <w:r w:rsidRPr="00472EB6">
              <w:rPr>
                <w:rFonts w:cs="Arial"/>
                <w:sz w:val="16"/>
                <w:lang w:val="pl-PL"/>
              </w:rPr>
              <w:t>[ ]</w:t>
            </w:r>
          </w:p>
        </w:tc>
        <w:tc>
          <w:tcPr>
            <w:tcW w:w="2602" w:type="dxa"/>
            <w:vAlign w:val="center"/>
          </w:tcPr>
          <w:p w14:paraId="2AA7AE4E" w14:textId="77777777" w:rsidR="00D32750" w:rsidRPr="00472EB6" w:rsidRDefault="003801DB" w:rsidP="0098604B">
            <w:pPr>
              <w:spacing w:after="40"/>
              <w:jc w:val="center"/>
              <w:rPr>
                <w:rFonts w:cs="Arial"/>
                <w:lang w:val="pl-PL"/>
              </w:rPr>
            </w:pPr>
            <w:r w:rsidRPr="00472EB6">
              <w:rPr>
                <w:rFonts w:cs="Arial"/>
                <w:sz w:val="16"/>
                <w:lang w:val="pl-PL"/>
              </w:rPr>
              <w:br/>
            </w:r>
            <w:r w:rsidRPr="00472EB6">
              <w:rPr>
                <w:rFonts w:cs="Arial"/>
                <w:sz w:val="16"/>
                <w:lang w:val="pl-PL"/>
              </w:rPr>
              <w:br/>
            </w:r>
          </w:p>
        </w:tc>
      </w:tr>
      <w:tr w:rsidR="00D32750" w:rsidRPr="00472EB6" w14:paraId="6D63017E" w14:textId="77777777" w:rsidTr="00C47823">
        <w:trPr>
          <w:cantSplit/>
          <w:jc w:val="center"/>
        </w:trPr>
        <w:tc>
          <w:tcPr>
            <w:tcW w:w="3681" w:type="dxa"/>
          </w:tcPr>
          <w:p w14:paraId="31DF584C" w14:textId="77777777" w:rsidR="00D32750" w:rsidRPr="00472EB6" w:rsidRDefault="003801DB">
            <w:pPr>
              <w:spacing w:after="40"/>
              <w:rPr>
                <w:rFonts w:cs="Arial"/>
                <w:lang w:val="pl-PL"/>
              </w:rPr>
            </w:pPr>
            <w:r w:rsidRPr="00472EB6">
              <w:rPr>
                <w:rFonts w:cs="Arial"/>
                <w:sz w:val="16"/>
                <w:lang w:val="pl-PL"/>
              </w:rPr>
              <w:t>Warunki do przeprowadzenia egzaminu zawodowego / potwierdzania kwalifikacji</w:t>
            </w:r>
          </w:p>
        </w:tc>
        <w:tc>
          <w:tcPr>
            <w:tcW w:w="1276" w:type="dxa"/>
            <w:vAlign w:val="center"/>
          </w:tcPr>
          <w:p w14:paraId="604B305A" w14:textId="77777777" w:rsidR="00D32750" w:rsidRPr="00472EB6" w:rsidRDefault="003801DB" w:rsidP="0098604B">
            <w:pPr>
              <w:spacing w:after="40"/>
              <w:jc w:val="center"/>
              <w:rPr>
                <w:rFonts w:cs="Arial"/>
                <w:lang w:val="pl-PL"/>
              </w:rPr>
            </w:pPr>
            <w:r w:rsidRPr="00472EB6">
              <w:rPr>
                <w:rFonts w:cs="Arial"/>
                <w:sz w:val="16"/>
                <w:lang w:val="pl-PL"/>
              </w:rPr>
              <w:t>[ ]</w:t>
            </w:r>
          </w:p>
        </w:tc>
        <w:tc>
          <w:tcPr>
            <w:tcW w:w="1275" w:type="dxa"/>
            <w:vAlign w:val="center"/>
          </w:tcPr>
          <w:p w14:paraId="3F8AD73E" w14:textId="77777777" w:rsidR="00D32750" w:rsidRPr="00472EB6" w:rsidRDefault="003801DB" w:rsidP="0098604B">
            <w:pPr>
              <w:spacing w:after="40"/>
              <w:jc w:val="center"/>
              <w:rPr>
                <w:rFonts w:cs="Arial"/>
                <w:lang w:val="pl-PL"/>
              </w:rPr>
            </w:pPr>
            <w:r w:rsidRPr="00472EB6">
              <w:rPr>
                <w:rFonts w:cs="Arial"/>
                <w:sz w:val="16"/>
                <w:lang w:val="pl-PL"/>
              </w:rPr>
              <w:t>[ ]</w:t>
            </w:r>
          </w:p>
        </w:tc>
        <w:tc>
          <w:tcPr>
            <w:tcW w:w="1134" w:type="dxa"/>
            <w:vAlign w:val="center"/>
          </w:tcPr>
          <w:p w14:paraId="4C704A9A" w14:textId="77777777" w:rsidR="00D32750" w:rsidRPr="00472EB6" w:rsidRDefault="003801DB" w:rsidP="0098604B">
            <w:pPr>
              <w:spacing w:after="40"/>
              <w:jc w:val="center"/>
              <w:rPr>
                <w:rFonts w:cs="Arial"/>
                <w:lang w:val="pl-PL"/>
              </w:rPr>
            </w:pPr>
            <w:r w:rsidRPr="00472EB6">
              <w:rPr>
                <w:rFonts w:cs="Arial"/>
                <w:sz w:val="16"/>
                <w:lang w:val="pl-PL"/>
              </w:rPr>
              <w:t>[ ]</w:t>
            </w:r>
          </w:p>
        </w:tc>
        <w:tc>
          <w:tcPr>
            <w:tcW w:w="2602" w:type="dxa"/>
            <w:vAlign w:val="center"/>
          </w:tcPr>
          <w:p w14:paraId="0AEAD110" w14:textId="77777777" w:rsidR="00D32750" w:rsidRPr="00472EB6" w:rsidRDefault="003801DB" w:rsidP="0098604B">
            <w:pPr>
              <w:spacing w:after="40"/>
              <w:jc w:val="center"/>
              <w:rPr>
                <w:rFonts w:cs="Arial"/>
                <w:lang w:val="pl-PL"/>
              </w:rPr>
            </w:pPr>
            <w:r w:rsidRPr="00472EB6">
              <w:rPr>
                <w:rFonts w:cs="Arial"/>
                <w:sz w:val="16"/>
                <w:lang w:val="pl-PL"/>
              </w:rPr>
              <w:br/>
            </w:r>
            <w:r w:rsidRPr="00472EB6">
              <w:rPr>
                <w:rFonts w:cs="Arial"/>
                <w:sz w:val="16"/>
                <w:lang w:val="pl-PL"/>
              </w:rPr>
              <w:br/>
            </w:r>
          </w:p>
        </w:tc>
      </w:tr>
      <w:tr w:rsidR="00D32750" w:rsidRPr="00472EB6" w14:paraId="541E6A53" w14:textId="77777777" w:rsidTr="00C47823">
        <w:trPr>
          <w:cantSplit/>
          <w:jc w:val="center"/>
        </w:trPr>
        <w:tc>
          <w:tcPr>
            <w:tcW w:w="3681" w:type="dxa"/>
          </w:tcPr>
          <w:p w14:paraId="0A3D1ED6" w14:textId="724AF69C" w:rsidR="00D32750" w:rsidRPr="00472EB6" w:rsidRDefault="00C47823">
            <w:pPr>
              <w:spacing w:after="40"/>
              <w:rPr>
                <w:rFonts w:cs="Arial"/>
                <w:lang w:val="pl-PL"/>
              </w:rPr>
            </w:pPr>
            <w:r w:rsidRPr="00C47823">
              <w:rPr>
                <w:rFonts w:cs="Arial"/>
                <w:sz w:val="16"/>
                <w:lang w:val="pl-PL"/>
              </w:rPr>
              <w:t>Dostępność dla uczniów/słuchaczy z niepełnosprawnościami lub specjalnymi potrzebami edukacyjnymi</w:t>
            </w:r>
          </w:p>
        </w:tc>
        <w:tc>
          <w:tcPr>
            <w:tcW w:w="1276" w:type="dxa"/>
            <w:vAlign w:val="center"/>
          </w:tcPr>
          <w:p w14:paraId="65D4A61F" w14:textId="77777777" w:rsidR="00D32750" w:rsidRPr="00472EB6" w:rsidRDefault="003801DB" w:rsidP="0098604B">
            <w:pPr>
              <w:spacing w:after="40"/>
              <w:jc w:val="center"/>
              <w:rPr>
                <w:rFonts w:cs="Arial"/>
                <w:lang w:val="pl-PL"/>
              </w:rPr>
            </w:pPr>
            <w:r w:rsidRPr="00472EB6">
              <w:rPr>
                <w:rFonts w:cs="Arial"/>
                <w:sz w:val="16"/>
                <w:lang w:val="pl-PL"/>
              </w:rPr>
              <w:t>[ ]</w:t>
            </w:r>
          </w:p>
        </w:tc>
        <w:tc>
          <w:tcPr>
            <w:tcW w:w="1275" w:type="dxa"/>
            <w:vAlign w:val="center"/>
          </w:tcPr>
          <w:p w14:paraId="29F5DDD0" w14:textId="77777777" w:rsidR="00D32750" w:rsidRPr="00472EB6" w:rsidRDefault="003801DB" w:rsidP="0098604B">
            <w:pPr>
              <w:spacing w:after="40"/>
              <w:jc w:val="center"/>
              <w:rPr>
                <w:rFonts w:cs="Arial"/>
                <w:lang w:val="pl-PL"/>
              </w:rPr>
            </w:pPr>
            <w:r w:rsidRPr="00472EB6">
              <w:rPr>
                <w:rFonts w:cs="Arial"/>
                <w:sz w:val="16"/>
                <w:lang w:val="pl-PL"/>
              </w:rPr>
              <w:t>[ ]</w:t>
            </w:r>
          </w:p>
        </w:tc>
        <w:tc>
          <w:tcPr>
            <w:tcW w:w="1134" w:type="dxa"/>
            <w:vAlign w:val="center"/>
          </w:tcPr>
          <w:p w14:paraId="584B3347" w14:textId="77777777" w:rsidR="00D32750" w:rsidRPr="00472EB6" w:rsidRDefault="003801DB" w:rsidP="0098604B">
            <w:pPr>
              <w:spacing w:after="40"/>
              <w:jc w:val="center"/>
              <w:rPr>
                <w:rFonts w:cs="Arial"/>
                <w:lang w:val="pl-PL"/>
              </w:rPr>
            </w:pPr>
            <w:r w:rsidRPr="00472EB6">
              <w:rPr>
                <w:rFonts w:cs="Arial"/>
                <w:sz w:val="16"/>
                <w:lang w:val="pl-PL"/>
              </w:rPr>
              <w:t>[ ]</w:t>
            </w:r>
          </w:p>
        </w:tc>
        <w:tc>
          <w:tcPr>
            <w:tcW w:w="2602" w:type="dxa"/>
            <w:vAlign w:val="center"/>
          </w:tcPr>
          <w:p w14:paraId="57FB05E8" w14:textId="77777777" w:rsidR="00D32750" w:rsidRPr="00472EB6" w:rsidRDefault="003801DB" w:rsidP="0098604B">
            <w:pPr>
              <w:spacing w:after="40"/>
              <w:jc w:val="center"/>
              <w:rPr>
                <w:rFonts w:cs="Arial"/>
                <w:lang w:val="pl-PL"/>
              </w:rPr>
            </w:pPr>
            <w:r w:rsidRPr="00472EB6">
              <w:rPr>
                <w:rFonts w:cs="Arial"/>
                <w:sz w:val="16"/>
                <w:lang w:val="pl-PL"/>
              </w:rPr>
              <w:br/>
            </w:r>
            <w:r w:rsidRPr="00472EB6">
              <w:rPr>
                <w:rFonts w:cs="Arial"/>
                <w:sz w:val="16"/>
                <w:lang w:val="pl-PL"/>
              </w:rPr>
              <w:br/>
            </w:r>
          </w:p>
        </w:tc>
      </w:tr>
    </w:tbl>
    <w:p w14:paraId="2EC63048" w14:textId="77777777" w:rsidR="00C47823" w:rsidRDefault="00C47823" w:rsidP="00C47823">
      <w:pPr>
        <w:rPr>
          <w:rFonts w:cs="Arial"/>
          <w:lang w:val="pl-PL"/>
        </w:rPr>
      </w:pPr>
    </w:p>
    <w:p w14:paraId="34C80047" w14:textId="55CDA99E" w:rsidR="00D32750" w:rsidRPr="00472EB6" w:rsidRDefault="00C47823" w:rsidP="00C47823">
      <w:pPr>
        <w:rPr>
          <w:rFonts w:cs="Arial"/>
          <w:lang w:val="pl-PL"/>
        </w:rPr>
      </w:pPr>
      <w:r>
        <w:rPr>
          <w:rFonts w:cs="Arial"/>
          <w:b/>
          <w:sz w:val="24"/>
          <w:lang w:val="pl-PL"/>
        </w:rPr>
        <w:lastRenderedPageBreak/>
        <w:t>V</w:t>
      </w:r>
      <w:r w:rsidR="003801DB" w:rsidRPr="00472EB6">
        <w:rPr>
          <w:rFonts w:cs="Arial"/>
          <w:b/>
          <w:sz w:val="24"/>
          <w:lang w:val="pl-PL"/>
        </w:rPr>
        <w:t>I. OŚWIADCZENIA WNIOSKODAWCY</w:t>
      </w:r>
    </w:p>
    <w:p w14:paraId="77BF6474" w14:textId="481162CA" w:rsidR="00D32750" w:rsidRPr="00472EB6" w:rsidRDefault="003801DB">
      <w:pPr>
        <w:rPr>
          <w:rFonts w:cs="Arial"/>
          <w:lang w:val="pl-PL"/>
        </w:rPr>
      </w:pPr>
      <w:proofErr w:type="gramStart"/>
      <w:r w:rsidRPr="00472EB6">
        <w:rPr>
          <w:rFonts w:cs="Arial"/>
          <w:sz w:val="18"/>
          <w:lang w:val="pl-PL"/>
        </w:rPr>
        <w:t>[ ]</w:t>
      </w:r>
      <w:proofErr w:type="gramEnd"/>
      <w:r w:rsidRPr="00472EB6">
        <w:rPr>
          <w:rFonts w:cs="Arial"/>
          <w:sz w:val="18"/>
          <w:lang w:val="pl-PL"/>
        </w:rPr>
        <w:t xml:space="preserve"> Oświadczam, że dane zawarte we wniosku są zgodne ze stanem faktycznym i mogą zostać wykorzystane na potrzeby przygotowania </w:t>
      </w:r>
      <w:r w:rsidR="00472EB6" w:rsidRPr="00472EB6">
        <w:rPr>
          <w:rFonts w:cs="Arial"/>
          <w:sz w:val="18"/>
          <w:lang w:val="pl-PL"/>
        </w:rPr>
        <w:t>opinii</w:t>
      </w:r>
      <w:r w:rsidRPr="00472EB6">
        <w:rPr>
          <w:rFonts w:cs="Arial"/>
          <w:sz w:val="18"/>
          <w:lang w:val="pl-PL"/>
        </w:rPr>
        <w:t xml:space="preserve"> WZK.</w:t>
      </w:r>
    </w:p>
    <w:p w14:paraId="047DACFB" w14:textId="77777777" w:rsidR="00D32750" w:rsidRPr="00472EB6" w:rsidRDefault="003801DB">
      <w:pPr>
        <w:rPr>
          <w:rFonts w:cs="Arial"/>
          <w:lang w:val="pl-PL"/>
        </w:rPr>
      </w:pPr>
      <w:proofErr w:type="gramStart"/>
      <w:r w:rsidRPr="00472EB6">
        <w:rPr>
          <w:rFonts w:cs="Arial"/>
          <w:sz w:val="18"/>
          <w:lang w:val="pl-PL"/>
        </w:rPr>
        <w:t>[ ]</w:t>
      </w:r>
      <w:proofErr w:type="gramEnd"/>
      <w:r w:rsidRPr="00472EB6">
        <w:rPr>
          <w:rFonts w:cs="Arial"/>
          <w:sz w:val="18"/>
          <w:lang w:val="pl-PL"/>
        </w:rPr>
        <w:t xml:space="preserve"> Oświadczam, że szkoła/placówka posiada lub zapewni warunki organizacyjne, kadrowe i dydaktyczne niezbędne do prowadzenia kształcenia zgodnie z obowiązującymi przepisami.</w:t>
      </w:r>
    </w:p>
    <w:p w14:paraId="6461CFF4" w14:textId="77777777" w:rsidR="00D32750" w:rsidRPr="00472EB6" w:rsidRDefault="003801DB">
      <w:pPr>
        <w:rPr>
          <w:rFonts w:cs="Arial"/>
          <w:lang w:val="pl-PL"/>
        </w:rPr>
      </w:pPr>
      <w:proofErr w:type="gramStart"/>
      <w:r w:rsidRPr="00472EB6">
        <w:rPr>
          <w:rFonts w:cs="Arial"/>
          <w:sz w:val="18"/>
          <w:lang w:val="pl-PL"/>
        </w:rPr>
        <w:t>[ ]</w:t>
      </w:r>
      <w:proofErr w:type="gramEnd"/>
      <w:r w:rsidRPr="00472EB6">
        <w:rPr>
          <w:rFonts w:cs="Arial"/>
          <w:sz w:val="18"/>
          <w:lang w:val="pl-PL"/>
        </w:rPr>
        <w:t xml:space="preserve"> Oświadczam, że wnioskodawca zobowiązuje się do monitorowania efektów kształcenia oraz aktualizacji współpracy z pracodawcami i partnerami rynku pracy.</w:t>
      </w:r>
    </w:p>
    <w:p w14:paraId="1773BB61" w14:textId="77777777" w:rsidR="00D32750" w:rsidRPr="00472EB6" w:rsidRDefault="003801DB">
      <w:pPr>
        <w:rPr>
          <w:rFonts w:cs="Arial"/>
          <w:lang w:val="pl-PL"/>
        </w:rPr>
      </w:pPr>
      <w:proofErr w:type="gramStart"/>
      <w:r w:rsidRPr="00472EB6">
        <w:rPr>
          <w:rFonts w:cs="Arial"/>
          <w:sz w:val="18"/>
          <w:lang w:val="pl-PL"/>
        </w:rPr>
        <w:t>[ ]</w:t>
      </w:r>
      <w:proofErr w:type="gramEnd"/>
      <w:r w:rsidRPr="00472EB6">
        <w:rPr>
          <w:rFonts w:cs="Arial"/>
          <w:sz w:val="18"/>
          <w:lang w:val="pl-PL"/>
        </w:rPr>
        <w:t xml:space="preserve"> Oświadczam, że osoby wskazane we wniosku zostały poinformowane o przetwarzaniu danych osobowych na potrzeby obsługi wniosku.</w:t>
      </w:r>
    </w:p>
    <w:p w14:paraId="4DE835C1" w14:textId="77777777" w:rsidR="00D32750" w:rsidRPr="00472EB6" w:rsidRDefault="003801DB">
      <w:pPr>
        <w:rPr>
          <w:rFonts w:cs="Arial"/>
          <w:lang w:val="pl-PL"/>
        </w:rPr>
      </w:pPr>
      <w:r w:rsidRPr="00472EB6">
        <w:rPr>
          <w:rFonts w:cs="Arial"/>
          <w:lang w:val="pl-PL"/>
        </w:rPr>
        <w:br/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984"/>
        <w:gridCol w:w="4984"/>
      </w:tblGrid>
      <w:tr w:rsidR="00D32750" w:rsidRPr="00472EB6" w14:paraId="13A40959" w14:textId="77777777">
        <w:trPr>
          <w:cantSplit/>
          <w:jc w:val="center"/>
        </w:trPr>
        <w:tc>
          <w:tcPr>
            <w:tcW w:w="4989" w:type="dxa"/>
          </w:tcPr>
          <w:p w14:paraId="68E9766C" w14:textId="77777777" w:rsidR="00472EB6" w:rsidRPr="00472EB6" w:rsidRDefault="00472EB6">
            <w:pPr>
              <w:spacing w:after="40"/>
              <w:jc w:val="center"/>
              <w:rPr>
                <w:rFonts w:cs="Arial"/>
                <w:sz w:val="18"/>
                <w:lang w:val="pl-PL"/>
              </w:rPr>
            </w:pPr>
          </w:p>
          <w:p w14:paraId="60630BD2" w14:textId="5E07B64C" w:rsidR="00D32750" w:rsidRPr="00472EB6" w:rsidRDefault="003801DB">
            <w:pPr>
              <w:spacing w:after="40"/>
              <w:jc w:val="center"/>
              <w:rPr>
                <w:rFonts w:cs="Arial"/>
                <w:lang w:val="pl-PL"/>
              </w:rPr>
            </w:pPr>
            <w:r w:rsidRPr="00472EB6">
              <w:rPr>
                <w:rFonts w:cs="Arial"/>
                <w:sz w:val="18"/>
                <w:lang w:val="pl-PL"/>
              </w:rPr>
              <w:br/>
              <w:t>.....................................................</w:t>
            </w:r>
            <w:r w:rsidRPr="00472EB6">
              <w:rPr>
                <w:rFonts w:cs="Arial"/>
                <w:sz w:val="18"/>
                <w:lang w:val="pl-PL"/>
              </w:rPr>
              <w:br/>
              <w:t>(miejscowość i data)</w:t>
            </w:r>
          </w:p>
        </w:tc>
        <w:tc>
          <w:tcPr>
            <w:tcW w:w="4989" w:type="dxa"/>
          </w:tcPr>
          <w:p w14:paraId="0A6329CF" w14:textId="77777777" w:rsidR="00472EB6" w:rsidRPr="00472EB6" w:rsidRDefault="00472EB6">
            <w:pPr>
              <w:spacing w:after="40"/>
              <w:jc w:val="center"/>
              <w:rPr>
                <w:rFonts w:cs="Arial"/>
                <w:sz w:val="18"/>
                <w:lang w:val="pl-PL"/>
              </w:rPr>
            </w:pPr>
          </w:p>
          <w:p w14:paraId="52C967E8" w14:textId="5F70EDE4" w:rsidR="00D32750" w:rsidRPr="00472EB6" w:rsidRDefault="003801DB">
            <w:pPr>
              <w:spacing w:after="40"/>
              <w:jc w:val="center"/>
              <w:rPr>
                <w:rFonts w:cs="Arial"/>
                <w:lang w:val="pl-PL"/>
              </w:rPr>
            </w:pPr>
            <w:r w:rsidRPr="00472EB6">
              <w:rPr>
                <w:rFonts w:cs="Arial"/>
                <w:sz w:val="18"/>
                <w:lang w:val="pl-PL"/>
              </w:rPr>
              <w:br/>
              <w:t>.....................................................</w:t>
            </w:r>
            <w:r w:rsidRPr="00472EB6">
              <w:rPr>
                <w:rFonts w:cs="Arial"/>
                <w:sz w:val="18"/>
                <w:lang w:val="pl-PL"/>
              </w:rPr>
              <w:br/>
              <w:t>(podpis i pieczęć dyrektora / osoby upoważnionej)</w:t>
            </w:r>
          </w:p>
        </w:tc>
      </w:tr>
      <w:tr w:rsidR="00D32750" w:rsidRPr="00472EB6" w14:paraId="104FD6E4" w14:textId="77777777">
        <w:trPr>
          <w:cantSplit/>
          <w:jc w:val="center"/>
        </w:trPr>
        <w:tc>
          <w:tcPr>
            <w:tcW w:w="9978" w:type="dxa"/>
            <w:gridSpan w:val="2"/>
          </w:tcPr>
          <w:p w14:paraId="17075B8C" w14:textId="77777777" w:rsidR="00D32750" w:rsidRPr="00472EB6" w:rsidRDefault="003801DB">
            <w:pPr>
              <w:spacing w:after="40"/>
              <w:rPr>
                <w:rFonts w:cs="Arial"/>
                <w:lang w:val="pl-PL"/>
              </w:rPr>
            </w:pPr>
            <w:r w:rsidRPr="00472EB6">
              <w:rPr>
                <w:rFonts w:cs="Arial"/>
                <w:sz w:val="18"/>
                <w:lang w:val="pl-PL"/>
              </w:rPr>
              <w:t xml:space="preserve">Uwagi formalne WUP/WZK: </w:t>
            </w:r>
            <w:r w:rsidRPr="00472EB6">
              <w:rPr>
                <w:rFonts w:cs="Arial"/>
                <w:sz w:val="18"/>
                <w:lang w:val="pl-PL"/>
              </w:rPr>
              <w:br/>
            </w:r>
            <w:r w:rsidRPr="00472EB6">
              <w:rPr>
                <w:rFonts w:cs="Arial"/>
                <w:sz w:val="18"/>
                <w:lang w:val="pl-PL"/>
              </w:rPr>
              <w:br/>
            </w:r>
            <w:r w:rsidRPr="00472EB6">
              <w:rPr>
                <w:rFonts w:cs="Arial"/>
                <w:sz w:val="18"/>
                <w:lang w:val="pl-PL"/>
              </w:rPr>
              <w:br/>
            </w:r>
          </w:p>
        </w:tc>
      </w:tr>
    </w:tbl>
    <w:p w14:paraId="1A9ACD80" w14:textId="77777777" w:rsidR="00264291" w:rsidRPr="00472EB6" w:rsidRDefault="00264291">
      <w:pPr>
        <w:spacing w:before="200" w:after="80"/>
        <w:rPr>
          <w:rFonts w:cs="Arial"/>
          <w:b/>
          <w:sz w:val="24"/>
          <w:lang w:val="pl-PL"/>
        </w:rPr>
      </w:pPr>
    </w:p>
    <w:p w14:paraId="51FF8FC2" w14:textId="77777777" w:rsidR="00264291" w:rsidRPr="00472EB6" w:rsidRDefault="00264291">
      <w:pPr>
        <w:rPr>
          <w:rFonts w:cs="Arial"/>
          <w:b/>
          <w:sz w:val="24"/>
          <w:lang w:val="pl-PL"/>
        </w:rPr>
      </w:pPr>
      <w:r w:rsidRPr="00472EB6">
        <w:rPr>
          <w:rFonts w:cs="Arial"/>
          <w:b/>
          <w:sz w:val="24"/>
          <w:lang w:val="pl-PL"/>
        </w:rPr>
        <w:br w:type="page"/>
      </w:r>
    </w:p>
    <w:p w14:paraId="3F8B03F7" w14:textId="77777777" w:rsidR="00950C5B" w:rsidRPr="00CF1FCD" w:rsidRDefault="00950C5B" w:rsidP="00950C5B">
      <w:pPr>
        <w:spacing w:before="200" w:after="80"/>
        <w:rPr>
          <w:rFonts w:cs="Arial"/>
          <w:bCs/>
          <w:szCs w:val="20"/>
          <w:lang w:val="pl-PL"/>
        </w:rPr>
      </w:pPr>
      <w:r w:rsidRPr="00CF1FCD">
        <w:rPr>
          <w:rFonts w:cs="Arial"/>
          <w:bCs/>
          <w:szCs w:val="20"/>
          <w:lang w:val="pl-PL"/>
        </w:rPr>
        <w:lastRenderedPageBreak/>
        <w:t>Załącznik nr 1 do wniosku o wydanie opinii o zasadności kształcenia</w:t>
      </w:r>
    </w:p>
    <w:p w14:paraId="6624985A" w14:textId="77777777" w:rsidR="00C47823" w:rsidRDefault="00C47823" w:rsidP="00950C5B">
      <w:pPr>
        <w:spacing w:before="200" w:after="80"/>
        <w:jc w:val="center"/>
        <w:rPr>
          <w:rFonts w:cs="Arial"/>
          <w:b/>
          <w:bCs/>
          <w:sz w:val="24"/>
          <w:lang w:val="pl-PL"/>
        </w:rPr>
      </w:pPr>
    </w:p>
    <w:p w14:paraId="5323FB63" w14:textId="5EBBCFED" w:rsidR="00950C5B" w:rsidRPr="00472EB6" w:rsidRDefault="00950C5B" w:rsidP="00950C5B">
      <w:pPr>
        <w:spacing w:before="200" w:after="80"/>
        <w:jc w:val="center"/>
        <w:rPr>
          <w:rFonts w:cs="Arial"/>
          <w:b/>
          <w:sz w:val="24"/>
          <w:lang w:val="pl-PL"/>
        </w:rPr>
      </w:pPr>
      <w:r w:rsidRPr="00472EB6">
        <w:rPr>
          <w:rFonts w:cs="Arial"/>
          <w:b/>
          <w:bCs/>
          <w:sz w:val="24"/>
          <w:lang w:val="pl-PL"/>
        </w:rPr>
        <w:t>OPINIA / ZGODA ORGANU PROWADZĄCEGO</w:t>
      </w:r>
    </w:p>
    <w:p w14:paraId="300AD7D6" w14:textId="77777777" w:rsidR="00950C5B" w:rsidRPr="00472EB6" w:rsidRDefault="00950C5B" w:rsidP="00950C5B">
      <w:pPr>
        <w:spacing w:before="200" w:after="80"/>
        <w:rPr>
          <w:rFonts w:cs="Arial"/>
          <w:b/>
          <w:sz w:val="24"/>
          <w:lang w:val="pl-PL"/>
        </w:rPr>
      </w:pPr>
    </w:p>
    <w:tbl>
      <w:tblPr>
        <w:tblStyle w:val="Tabela-Siatka"/>
        <w:tblW w:w="9071" w:type="dxa"/>
        <w:tblLook w:val="04A0" w:firstRow="1" w:lastRow="0" w:firstColumn="1" w:lastColumn="0" w:noHBand="0" w:noVBand="1"/>
      </w:tblPr>
      <w:tblGrid>
        <w:gridCol w:w="3402"/>
        <w:gridCol w:w="5669"/>
      </w:tblGrid>
      <w:tr w:rsidR="00950C5B" w:rsidRPr="00472EB6" w14:paraId="5E824678" w14:textId="77777777" w:rsidTr="00950C5B">
        <w:tc>
          <w:tcPr>
            <w:tcW w:w="3402" w:type="dxa"/>
            <w:hideMark/>
          </w:tcPr>
          <w:p w14:paraId="2E95018F" w14:textId="77777777" w:rsidR="00950C5B" w:rsidRPr="00472EB6" w:rsidRDefault="00950C5B" w:rsidP="00950C5B">
            <w:pPr>
              <w:spacing w:before="200" w:after="80" w:line="276" w:lineRule="auto"/>
              <w:rPr>
                <w:rFonts w:cs="Arial"/>
                <w:b/>
                <w:szCs w:val="18"/>
                <w:lang w:val="pl-PL"/>
              </w:rPr>
            </w:pPr>
            <w:r w:rsidRPr="00472EB6">
              <w:rPr>
                <w:rFonts w:cs="Arial"/>
                <w:b/>
                <w:bCs/>
                <w:szCs w:val="18"/>
                <w:lang w:val="pl-PL"/>
              </w:rPr>
              <w:t>Pełna nazwa szkoły/placówki</w:t>
            </w:r>
          </w:p>
        </w:tc>
        <w:tc>
          <w:tcPr>
            <w:tcW w:w="5669" w:type="dxa"/>
            <w:hideMark/>
          </w:tcPr>
          <w:p w14:paraId="256994E8" w14:textId="77777777" w:rsidR="00950C5B" w:rsidRPr="00472EB6" w:rsidRDefault="00950C5B" w:rsidP="00950C5B">
            <w:pPr>
              <w:spacing w:before="200" w:after="80" w:line="276" w:lineRule="auto"/>
              <w:rPr>
                <w:rFonts w:cs="Arial"/>
                <w:bCs/>
                <w:szCs w:val="18"/>
                <w:lang w:val="pl-PL"/>
              </w:rPr>
            </w:pPr>
            <w:r w:rsidRPr="00472EB6">
              <w:rPr>
                <w:rFonts w:cs="Arial"/>
                <w:bCs/>
                <w:szCs w:val="18"/>
                <w:lang w:val="pl-PL"/>
              </w:rPr>
              <w:br/>
            </w:r>
          </w:p>
        </w:tc>
      </w:tr>
      <w:tr w:rsidR="00950C5B" w:rsidRPr="00472EB6" w14:paraId="1DEEC363" w14:textId="77777777" w:rsidTr="00950C5B">
        <w:tc>
          <w:tcPr>
            <w:tcW w:w="3402" w:type="dxa"/>
            <w:hideMark/>
          </w:tcPr>
          <w:p w14:paraId="46D660A8" w14:textId="77777777" w:rsidR="00950C5B" w:rsidRPr="00472EB6" w:rsidRDefault="00950C5B" w:rsidP="00950C5B">
            <w:pPr>
              <w:spacing w:before="200" w:after="80" w:line="276" w:lineRule="auto"/>
              <w:rPr>
                <w:rFonts w:cs="Arial"/>
                <w:b/>
                <w:szCs w:val="18"/>
                <w:lang w:val="pl-PL"/>
              </w:rPr>
            </w:pPr>
            <w:r w:rsidRPr="00472EB6">
              <w:rPr>
                <w:rFonts w:cs="Arial"/>
                <w:b/>
                <w:bCs/>
                <w:szCs w:val="18"/>
                <w:lang w:val="pl-PL"/>
              </w:rPr>
              <w:t>Nazwa organu prowadzącego</w:t>
            </w:r>
          </w:p>
        </w:tc>
        <w:tc>
          <w:tcPr>
            <w:tcW w:w="5669" w:type="dxa"/>
            <w:hideMark/>
          </w:tcPr>
          <w:p w14:paraId="2946D890" w14:textId="77777777" w:rsidR="00950C5B" w:rsidRPr="00472EB6" w:rsidRDefault="00950C5B" w:rsidP="00950C5B">
            <w:pPr>
              <w:spacing w:before="200" w:after="80" w:line="276" w:lineRule="auto"/>
              <w:rPr>
                <w:rFonts w:cs="Arial"/>
                <w:bCs/>
                <w:szCs w:val="18"/>
                <w:lang w:val="pl-PL"/>
              </w:rPr>
            </w:pPr>
            <w:r w:rsidRPr="00472EB6">
              <w:rPr>
                <w:rFonts w:cs="Arial"/>
                <w:bCs/>
                <w:szCs w:val="18"/>
                <w:lang w:val="pl-PL"/>
              </w:rPr>
              <w:br/>
            </w:r>
          </w:p>
        </w:tc>
      </w:tr>
      <w:tr w:rsidR="00950C5B" w:rsidRPr="00472EB6" w14:paraId="1B79D45B" w14:textId="77777777" w:rsidTr="00950C5B">
        <w:tc>
          <w:tcPr>
            <w:tcW w:w="3402" w:type="dxa"/>
            <w:hideMark/>
          </w:tcPr>
          <w:p w14:paraId="6BCA73D8" w14:textId="77777777" w:rsidR="00950C5B" w:rsidRPr="00472EB6" w:rsidRDefault="00950C5B" w:rsidP="00950C5B">
            <w:pPr>
              <w:spacing w:before="200" w:after="80" w:line="276" w:lineRule="auto"/>
              <w:rPr>
                <w:rFonts w:cs="Arial"/>
                <w:b/>
                <w:szCs w:val="18"/>
                <w:lang w:val="pl-PL"/>
              </w:rPr>
            </w:pPr>
            <w:r w:rsidRPr="00472EB6">
              <w:rPr>
                <w:rFonts w:cs="Arial"/>
                <w:b/>
                <w:bCs/>
                <w:szCs w:val="18"/>
                <w:lang w:val="pl-PL"/>
              </w:rPr>
              <w:t>Nazwa zawodu i symbol cyfrowy</w:t>
            </w:r>
          </w:p>
        </w:tc>
        <w:tc>
          <w:tcPr>
            <w:tcW w:w="5669" w:type="dxa"/>
            <w:hideMark/>
          </w:tcPr>
          <w:p w14:paraId="50CB1F3A" w14:textId="77777777" w:rsidR="00950C5B" w:rsidRPr="00472EB6" w:rsidRDefault="00950C5B" w:rsidP="00950C5B">
            <w:pPr>
              <w:spacing w:before="200" w:after="80" w:line="276" w:lineRule="auto"/>
              <w:rPr>
                <w:rFonts w:cs="Arial"/>
                <w:bCs/>
                <w:szCs w:val="18"/>
                <w:lang w:val="pl-PL"/>
              </w:rPr>
            </w:pPr>
            <w:r w:rsidRPr="00472EB6">
              <w:rPr>
                <w:rFonts w:cs="Arial"/>
                <w:bCs/>
                <w:szCs w:val="18"/>
                <w:lang w:val="pl-PL"/>
              </w:rPr>
              <w:br/>
            </w:r>
          </w:p>
        </w:tc>
      </w:tr>
      <w:tr w:rsidR="00950C5B" w:rsidRPr="00472EB6" w14:paraId="471A3A97" w14:textId="77777777" w:rsidTr="00950C5B">
        <w:tc>
          <w:tcPr>
            <w:tcW w:w="3402" w:type="dxa"/>
            <w:hideMark/>
          </w:tcPr>
          <w:p w14:paraId="2BD46A32" w14:textId="77777777" w:rsidR="00950C5B" w:rsidRPr="00472EB6" w:rsidRDefault="00950C5B" w:rsidP="00950C5B">
            <w:pPr>
              <w:spacing w:before="200" w:after="80" w:line="276" w:lineRule="auto"/>
              <w:rPr>
                <w:rFonts w:cs="Arial"/>
                <w:b/>
                <w:szCs w:val="18"/>
                <w:lang w:val="pl-PL"/>
              </w:rPr>
            </w:pPr>
            <w:r w:rsidRPr="00472EB6">
              <w:rPr>
                <w:rFonts w:cs="Arial"/>
                <w:b/>
                <w:bCs/>
                <w:szCs w:val="18"/>
                <w:lang w:val="pl-PL"/>
              </w:rPr>
              <w:t>Forma wyrażenia zgody / opinii</w:t>
            </w:r>
          </w:p>
        </w:tc>
        <w:tc>
          <w:tcPr>
            <w:tcW w:w="5669" w:type="dxa"/>
            <w:hideMark/>
          </w:tcPr>
          <w:p w14:paraId="0EFAD06A" w14:textId="3CBEAE85" w:rsidR="00950C5B" w:rsidRPr="00472EB6" w:rsidRDefault="00950C5B" w:rsidP="00950C5B">
            <w:pPr>
              <w:spacing w:before="200" w:after="80" w:line="276" w:lineRule="auto"/>
              <w:rPr>
                <w:rFonts w:cs="Arial"/>
                <w:bCs/>
                <w:szCs w:val="18"/>
                <w:lang w:val="pl-PL"/>
              </w:rPr>
            </w:pPr>
            <w:r w:rsidRPr="00472EB6">
              <w:rPr>
                <w:rFonts w:ascii="Segoe UI Symbol" w:hAnsi="Segoe UI Symbol" w:cs="Segoe UI Symbol"/>
                <w:bCs/>
                <w:szCs w:val="18"/>
                <w:lang w:val="pl-PL"/>
              </w:rPr>
              <w:t>☐</w:t>
            </w:r>
            <w:r w:rsidRPr="00472EB6">
              <w:rPr>
                <w:rFonts w:cs="Arial"/>
                <w:bCs/>
                <w:szCs w:val="18"/>
                <w:lang w:val="pl-PL"/>
              </w:rPr>
              <w:t xml:space="preserve"> uchwała </w:t>
            </w:r>
            <w:r w:rsidRPr="00472EB6">
              <w:rPr>
                <w:rFonts w:ascii="Segoe UI Symbol" w:hAnsi="Segoe UI Symbol" w:cs="Segoe UI Symbol"/>
                <w:bCs/>
                <w:szCs w:val="18"/>
                <w:lang w:val="pl-PL"/>
              </w:rPr>
              <w:t>☐</w:t>
            </w:r>
            <w:r w:rsidRPr="00472EB6">
              <w:rPr>
                <w:rFonts w:cs="Arial"/>
                <w:bCs/>
                <w:szCs w:val="18"/>
                <w:lang w:val="pl-PL"/>
              </w:rPr>
              <w:t xml:space="preserve"> zarządzenie </w:t>
            </w:r>
            <w:r w:rsidRPr="00472EB6">
              <w:rPr>
                <w:rFonts w:ascii="Segoe UI Symbol" w:hAnsi="Segoe UI Symbol" w:cs="Segoe UI Symbol"/>
                <w:bCs/>
                <w:szCs w:val="18"/>
                <w:lang w:val="pl-PL"/>
              </w:rPr>
              <w:t>☐</w:t>
            </w:r>
            <w:r w:rsidRPr="00472EB6">
              <w:rPr>
                <w:rFonts w:cs="Arial"/>
                <w:bCs/>
                <w:szCs w:val="18"/>
                <w:lang w:val="pl-PL"/>
              </w:rPr>
              <w:t xml:space="preserve"> pismo </w:t>
            </w:r>
            <w:r w:rsidRPr="00472EB6">
              <w:rPr>
                <w:rFonts w:ascii="Segoe UI Symbol" w:hAnsi="Segoe UI Symbol" w:cs="Segoe UI Symbol"/>
                <w:bCs/>
                <w:szCs w:val="18"/>
                <w:lang w:val="pl-PL"/>
              </w:rPr>
              <w:t>☐</w:t>
            </w:r>
            <w:r w:rsidRPr="00472EB6">
              <w:rPr>
                <w:rFonts w:cs="Arial"/>
                <w:bCs/>
                <w:szCs w:val="18"/>
                <w:lang w:val="pl-PL"/>
              </w:rPr>
              <w:t xml:space="preserve"> inna forma: ....................................................</w:t>
            </w:r>
            <w:r w:rsidR="00472EB6" w:rsidRPr="00472EB6">
              <w:rPr>
                <w:rFonts w:cs="Arial"/>
                <w:bCs/>
                <w:szCs w:val="18"/>
                <w:lang w:val="pl-PL"/>
              </w:rPr>
              <w:t>...................................</w:t>
            </w:r>
          </w:p>
        </w:tc>
      </w:tr>
      <w:tr w:rsidR="00950C5B" w:rsidRPr="00472EB6" w14:paraId="510B0148" w14:textId="77777777" w:rsidTr="00950C5B">
        <w:tc>
          <w:tcPr>
            <w:tcW w:w="3402" w:type="dxa"/>
            <w:hideMark/>
          </w:tcPr>
          <w:p w14:paraId="544682A7" w14:textId="77777777" w:rsidR="00950C5B" w:rsidRPr="00472EB6" w:rsidRDefault="00950C5B" w:rsidP="00950C5B">
            <w:pPr>
              <w:spacing w:before="200" w:after="80" w:line="276" w:lineRule="auto"/>
              <w:rPr>
                <w:rFonts w:cs="Arial"/>
                <w:b/>
                <w:szCs w:val="18"/>
                <w:lang w:val="pl-PL"/>
              </w:rPr>
            </w:pPr>
            <w:r w:rsidRPr="00472EB6">
              <w:rPr>
                <w:rFonts w:cs="Arial"/>
                <w:b/>
                <w:bCs/>
                <w:szCs w:val="18"/>
                <w:lang w:val="pl-PL"/>
              </w:rPr>
              <w:t>Numer i data dokumentu / stanowiska</w:t>
            </w:r>
          </w:p>
        </w:tc>
        <w:tc>
          <w:tcPr>
            <w:tcW w:w="5669" w:type="dxa"/>
            <w:hideMark/>
          </w:tcPr>
          <w:p w14:paraId="300F2BAB" w14:textId="77777777" w:rsidR="00950C5B" w:rsidRPr="00472EB6" w:rsidRDefault="00950C5B" w:rsidP="00950C5B">
            <w:pPr>
              <w:spacing w:before="200" w:after="80" w:line="276" w:lineRule="auto"/>
              <w:rPr>
                <w:rFonts w:cs="Arial"/>
                <w:bCs/>
                <w:szCs w:val="18"/>
                <w:lang w:val="pl-PL"/>
              </w:rPr>
            </w:pPr>
            <w:r w:rsidRPr="00472EB6">
              <w:rPr>
                <w:rFonts w:cs="Arial"/>
                <w:bCs/>
                <w:szCs w:val="18"/>
                <w:lang w:val="pl-PL"/>
              </w:rPr>
              <w:br/>
            </w:r>
          </w:p>
        </w:tc>
      </w:tr>
      <w:tr w:rsidR="00950C5B" w:rsidRPr="00472EB6" w14:paraId="1F73E855" w14:textId="77777777" w:rsidTr="00950C5B">
        <w:tc>
          <w:tcPr>
            <w:tcW w:w="3402" w:type="dxa"/>
            <w:hideMark/>
          </w:tcPr>
          <w:p w14:paraId="2E3D0FE8" w14:textId="77777777" w:rsidR="00950C5B" w:rsidRPr="00472EB6" w:rsidRDefault="00950C5B" w:rsidP="00950C5B">
            <w:pPr>
              <w:spacing w:before="200" w:after="80" w:line="276" w:lineRule="auto"/>
              <w:rPr>
                <w:rFonts w:cs="Arial"/>
                <w:b/>
                <w:szCs w:val="18"/>
                <w:lang w:val="pl-PL"/>
              </w:rPr>
            </w:pPr>
            <w:r w:rsidRPr="00472EB6">
              <w:rPr>
                <w:rFonts w:cs="Arial"/>
                <w:b/>
                <w:bCs/>
                <w:szCs w:val="18"/>
                <w:lang w:val="pl-PL"/>
              </w:rPr>
              <w:t>Stanowisko organu prowadzącego</w:t>
            </w:r>
          </w:p>
        </w:tc>
        <w:tc>
          <w:tcPr>
            <w:tcW w:w="5669" w:type="dxa"/>
            <w:hideMark/>
          </w:tcPr>
          <w:p w14:paraId="77980E92" w14:textId="790C3A8F" w:rsidR="00950C5B" w:rsidRPr="00472EB6" w:rsidRDefault="00950C5B" w:rsidP="00950C5B">
            <w:pPr>
              <w:spacing w:before="200" w:after="80" w:line="276" w:lineRule="auto"/>
              <w:rPr>
                <w:rFonts w:cs="Arial"/>
                <w:bCs/>
                <w:szCs w:val="18"/>
                <w:lang w:val="pl-PL"/>
              </w:rPr>
            </w:pPr>
            <w:r w:rsidRPr="00472EB6">
              <w:rPr>
                <w:rFonts w:ascii="Segoe UI Symbol" w:hAnsi="Segoe UI Symbol" w:cs="Segoe UI Symbol"/>
                <w:bCs/>
                <w:szCs w:val="18"/>
                <w:lang w:val="pl-PL"/>
              </w:rPr>
              <w:t>☐</w:t>
            </w:r>
            <w:r w:rsidRPr="00472EB6">
              <w:rPr>
                <w:rFonts w:cs="Arial"/>
                <w:bCs/>
                <w:szCs w:val="18"/>
                <w:lang w:val="pl-PL"/>
              </w:rPr>
              <w:t xml:space="preserve"> zgoda na uruchomienie kształcenia</w:t>
            </w:r>
            <w:r w:rsidRPr="00472EB6">
              <w:rPr>
                <w:rFonts w:cs="Arial"/>
                <w:bCs/>
                <w:szCs w:val="18"/>
                <w:lang w:val="pl-PL"/>
              </w:rPr>
              <w:br/>
            </w:r>
            <w:r w:rsidRPr="00472EB6">
              <w:rPr>
                <w:rFonts w:ascii="Segoe UI Symbol" w:hAnsi="Segoe UI Symbol" w:cs="Segoe UI Symbol"/>
                <w:bCs/>
                <w:szCs w:val="18"/>
                <w:lang w:val="pl-PL"/>
              </w:rPr>
              <w:t>☐</w:t>
            </w:r>
            <w:r w:rsidRPr="00472EB6">
              <w:rPr>
                <w:rFonts w:cs="Arial"/>
                <w:bCs/>
                <w:szCs w:val="18"/>
                <w:lang w:val="pl-PL"/>
              </w:rPr>
              <w:t xml:space="preserve"> pozytywna opinia w sprawie zasadności kształcenia</w:t>
            </w:r>
            <w:r w:rsidRPr="00472EB6">
              <w:rPr>
                <w:rFonts w:cs="Arial"/>
                <w:bCs/>
                <w:szCs w:val="18"/>
                <w:lang w:val="pl-PL"/>
              </w:rPr>
              <w:br/>
            </w:r>
            <w:r w:rsidRPr="00472EB6">
              <w:rPr>
                <w:rFonts w:ascii="Segoe UI Symbol" w:hAnsi="Segoe UI Symbol" w:cs="Segoe UI Symbol"/>
                <w:bCs/>
                <w:szCs w:val="18"/>
                <w:lang w:val="pl-PL"/>
              </w:rPr>
              <w:t>☐</w:t>
            </w:r>
            <w:r w:rsidRPr="00472EB6">
              <w:rPr>
                <w:rFonts w:cs="Arial"/>
                <w:bCs/>
                <w:szCs w:val="18"/>
                <w:lang w:val="pl-PL"/>
              </w:rPr>
              <w:t xml:space="preserve"> inne stanowisko: ..................................................................................</w:t>
            </w:r>
            <w:r w:rsidR="00472EB6" w:rsidRPr="00472EB6">
              <w:rPr>
                <w:rFonts w:cs="Arial"/>
                <w:bCs/>
                <w:szCs w:val="18"/>
                <w:lang w:val="pl-PL"/>
              </w:rPr>
              <w:t>....</w:t>
            </w:r>
          </w:p>
        </w:tc>
      </w:tr>
      <w:tr w:rsidR="00950C5B" w:rsidRPr="00472EB6" w14:paraId="60D8EB57" w14:textId="77777777" w:rsidTr="00950C5B">
        <w:tc>
          <w:tcPr>
            <w:tcW w:w="3402" w:type="dxa"/>
            <w:hideMark/>
          </w:tcPr>
          <w:p w14:paraId="6B902BCB" w14:textId="77777777" w:rsidR="00950C5B" w:rsidRPr="00472EB6" w:rsidRDefault="00950C5B" w:rsidP="00950C5B">
            <w:pPr>
              <w:spacing w:before="200" w:after="80" w:line="276" w:lineRule="auto"/>
              <w:rPr>
                <w:rFonts w:cs="Arial"/>
                <w:b/>
                <w:szCs w:val="18"/>
                <w:lang w:val="pl-PL"/>
              </w:rPr>
            </w:pPr>
            <w:r w:rsidRPr="00472EB6">
              <w:rPr>
                <w:rFonts w:cs="Arial"/>
                <w:b/>
                <w:bCs/>
                <w:szCs w:val="18"/>
                <w:lang w:val="pl-PL"/>
              </w:rPr>
              <w:t>Osoba reprezentująca organ prowadzący</w:t>
            </w:r>
          </w:p>
        </w:tc>
        <w:tc>
          <w:tcPr>
            <w:tcW w:w="5669" w:type="dxa"/>
            <w:hideMark/>
          </w:tcPr>
          <w:p w14:paraId="14ECF0A7" w14:textId="77777777" w:rsidR="00950C5B" w:rsidRPr="00472EB6" w:rsidRDefault="00950C5B" w:rsidP="00950C5B">
            <w:pPr>
              <w:spacing w:before="200" w:after="80" w:line="276" w:lineRule="auto"/>
              <w:rPr>
                <w:rFonts w:cs="Arial"/>
                <w:bCs/>
                <w:szCs w:val="18"/>
                <w:lang w:val="pl-PL"/>
              </w:rPr>
            </w:pPr>
            <w:r w:rsidRPr="00472EB6">
              <w:rPr>
                <w:rFonts w:cs="Arial"/>
                <w:bCs/>
                <w:szCs w:val="18"/>
                <w:lang w:val="pl-PL"/>
              </w:rPr>
              <w:t>Imię i nazwisko: ............................................................</w:t>
            </w:r>
            <w:r w:rsidRPr="00472EB6">
              <w:rPr>
                <w:rFonts w:cs="Arial"/>
                <w:bCs/>
                <w:szCs w:val="18"/>
                <w:lang w:val="pl-PL"/>
              </w:rPr>
              <w:br/>
              <w:t>Stanowisko / funkcja: ....................................................</w:t>
            </w:r>
          </w:p>
        </w:tc>
      </w:tr>
      <w:tr w:rsidR="00950C5B" w:rsidRPr="00472EB6" w14:paraId="1E9AB9A5" w14:textId="77777777" w:rsidTr="00950C5B">
        <w:tc>
          <w:tcPr>
            <w:tcW w:w="3402" w:type="dxa"/>
            <w:hideMark/>
          </w:tcPr>
          <w:p w14:paraId="7CC95D0A" w14:textId="77777777" w:rsidR="00950C5B" w:rsidRPr="00472EB6" w:rsidRDefault="00950C5B" w:rsidP="00950C5B">
            <w:pPr>
              <w:spacing w:before="200" w:after="80" w:line="276" w:lineRule="auto"/>
              <w:rPr>
                <w:rFonts w:cs="Arial"/>
                <w:b/>
                <w:szCs w:val="18"/>
                <w:lang w:val="pl-PL"/>
              </w:rPr>
            </w:pPr>
            <w:r w:rsidRPr="00472EB6">
              <w:rPr>
                <w:rFonts w:cs="Arial"/>
                <w:b/>
                <w:bCs/>
                <w:szCs w:val="18"/>
                <w:lang w:val="pl-PL"/>
              </w:rPr>
              <w:t>Podpis i pieczęć organu prowadzącego</w:t>
            </w:r>
          </w:p>
        </w:tc>
        <w:tc>
          <w:tcPr>
            <w:tcW w:w="5669" w:type="dxa"/>
            <w:hideMark/>
          </w:tcPr>
          <w:p w14:paraId="5403532D" w14:textId="77777777" w:rsidR="00950C5B" w:rsidRPr="00472EB6" w:rsidRDefault="00950C5B" w:rsidP="00950C5B">
            <w:pPr>
              <w:spacing w:before="200" w:after="80" w:line="276" w:lineRule="auto"/>
              <w:rPr>
                <w:rFonts w:cs="Arial"/>
                <w:bCs/>
                <w:szCs w:val="18"/>
                <w:lang w:val="pl-PL"/>
              </w:rPr>
            </w:pPr>
            <w:r w:rsidRPr="00472EB6">
              <w:rPr>
                <w:rFonts w:cs="Arial"/>
                <w:bCs/>
                <w:szCs w:val="18"/>
                <w:lang w:val="pl-PL"/>
              </w:rPr>
              <w:br/>
            </w:r>
            <w:r w:rsidRPr="00472EB6">
              <w:rPr>
                <w:rFonts w:cs="Arial"/>
                <w:bCs/>
                <w:szCs w:val="18"/>
                <w:lang w:val="pl-PL"/>
              </w:rPr>
              <w:br/>
              <w:t>............................................................</w:t>
            </w:r>
            <w:r w:rsidRPr="00472EB6">
              <w:rPr>
                <w:rFonts w:cs="Arial"/>
                <w:bCs/>
                <w:szCs w:val="18"/>
                <w:lang w:val="pl-PL"/>
              </w:rPr>
              <w:br/>
              <w:t>(data, podpis i pieczęć)</w:t>
            </w:r>
          </w:p>
        </w:tc>
      </w:tr>
    </w:tbl>
    <w:p w14:paraId="30D0AFAE" w14:textId="77777777" w:rsidR="00950C5B" w:rsidRDefault="00950C5B" w:rsidP="00950C5B">
      <w:pPr>
        <w:spacing w:before="200" w:after="80"/>
        <w:rPr>
          <w:rFonts w:cs="Arial"/>
          <w:bCs/>
          <w:sz w:val="24"/>
          <w:lang w:val="pl-PL"/>
        </w:rPr>
      </w:pPr>
      <w:r w:rsidRPr="00472EB6">
        <w:rPr>
          <w:rFonts w:cs="Arial"/>
          <w:bCs/>
          <w:sz w:val="24"/>
          <w:lang w:val="pl-PL"/>
        </w:rPr>
        <w:t>Uwaga: w przypadku dołączenia odrębnego dokumentu organu prowadzącego, np. uchwały, zarządzenia lub pisma, niniejszy załącznik można ograniczyć do wskazania danych identyfikujących ten dokument.</w:t>
      </w:r>
    </w:p>
    <w:p w14:paraId="3E881F55" w14:textId="77777777" w:rsidR="009C6880" w:rsidRDefault="009C6880" w:rsidP="00950C5B">
      <w:pPr>
        <w:spacing w:before="200" w:after="80"/>
        <w:rPr>
          <w:rFonts w:cs="Arial"/>
          <w:bCs/>
          <w:sz w:val="24"/>
          <w:lang w:val="pl-PL"/>
        </w:rPr>
      </w:pPr>
    </w:p>
    <w:p w14:paraId="1128BB8C" w14:textId="6F9FB1AF" w:rsidR="009C6880" w:rsidRPr="009C6880" w:rsidRDefault="009C6880" w:rsidP="009C6880">
      <w:pPr>
        <w:spacing w:before="200" w:after="80"/>
        <w:jc w:val="center"/>
        <w:rPr>
          <w:rFonts w:cs="Arial"/>
          <w:b/>
          <w:sz w:val="24"/>
          <w:lang w:val="pl-PL"/>
        </w:rPr>
      </w:pPr>
      <w:r w:rsidRPr="009C6880">
        <w:rPr>
          <w:rFonts w:cs="Arial"/>
          <w:b/>
          <w:sz w:val="24"/>
          <w:lang w:val="pl-PL"/>
        </w:rPr>
        <w:t>Wniosek należy dostarczyć pod adres:</w:t>
      </w:r>
    </w:p>
    <w:p w14:paraId="1E97E584" w14:textId="77777777" w:rsidR="009C6880" w:rsidRPr="009C6880" w:rsidRDefault="009C6880" w:rsidP="009C6880">
      <w:pPr>
        <w:spacing w:before="200" w:after="80"/>
        <w:jc w:val="center"/>
        <w:rPr>
          <w:rFonts w:cs="Arial"/>
          <w:bCs/>
          <w:sz w:val="24"/>
          <w:lang w:val="pl-PL"/>
        </w:rPr>
      </w:pPr>
      <w:r w:rsidRPr="009C6880">
        <w:rPr>
          <w:rFonts w:cs="Arial"/>
          <w:bCs/>
          <w:sz w:val="24"/>
          <w:lang w:val="pl-PL"/>
        </w:rPr>
        <w:t>WOJEWÓDZKI ZESPÓŁ KOORDYNACJI</w:t>
      </w:r>
    </w:p>
    <w:p w14:paraId="77FBCB63" w14:textId="041E027D" w:rsidR="009C6880" w:rsidRDefault="009C6880" w:rsidP="009C6880">
      <w:pPr>
        <w:spacing w:before="200" w:after="80"/>
        <w:jc w:val="center"/>
        <w:rPr>
          <w:rFonts w:cs="Arial"/>
          <w:bCs/>
          <w:sz w:val="24"/>
          <w:lang w:val="pl-PL"/>
        </w:rPr>
      </w:pPr>
      <w:r w:rsidRPr="009C6880">
        <w:rPr>
          <w:rFonts w:cs="Arial"/>
          <w:bCs/>
          <w:sz w:val="24"/>
          <w:lang w:val="pl-PL"/>
        </w:rPr>
        <w:t xml:space="preserve">DS. POLITYKI UMIEJĘTNOŚCI </w:t>
      </w:r>
    </w:p>
    <w:p w14:paraId="196A0DA3" w14:textId="575521BA" w:rsidR="009C6880" w:rsidRPr="009C6880" w:rsidRDefault="009C6880" w:rsidP="009C6880">
      <w:pPr>
        <w:spacing w:before="200" w:after="80"/>
        <w:jc w:val="center"/>
        <w:rPr>
          <w:rFonts w:cs="Arial"/>
          <w:bCs/>
          <w:sz w:val="24"/>
          <w:lang w:val="pl-PL"/>
        </w:rPr>
      </w:pPr>
      <w:r w:rsidRPr="009C6880">
        <w:rPr>
          <w:rFonts w:cs="Arial"/>
          <w:bCs/>
          <w:sz w:val="24"/>
          <w:lang w:val="pl-PL"/>
        </w:rPr>
        <w:t>ul. A. Mickiewicza 41</w:t>
      </w:r>
    </w:p>
    <w:p w14:paraId="758CFB44" w14:textId="1499E981" w:rsidR="009C6880" w:rsidRPr="00472EB6" w:rsidRDefault="009C6880" w:rsidP="009C6880">
      <w:pPr>
        <w:spacing w:before="200" w:after="80"/>
        <w:jc w:val="center"/>
        <w:rPr>
          <w:rFonts w:cs="Arial"/>
          <w:bCs/>
          <w:sz w:val="24"/>
          <w:lang w:val="pl-PL"/>
        </w:rPr>
      </w:pPr>
      <w:r w:rsidRPr="009C6880">
        <w:rPr>
          <w:rFonts w:cs="Arial"/>
          <w:bCs/>
          <w:sz w:val="24"/>
          <w:lang w:val="pl-PL"/>
        </w:rPr>
        <w:t>70-383 Szczecin</w:t>
      </w:r>
    </w:p>
    <w:p w14:paraId="17998F9A" w14:textId="77777777" w:rsidR="00950C5B" w:rsidRPr="00472EB6" w:rsidRDefault="00950C5B">
      <w:pPr>
        <w:spacing w:before="200" w:after="80"/>
        <w:rPr>
          <w:rFonts w:cs="Arial"/>
          <w:b/>
          <w:sz w:val="24"/>
          <w:lang w:val="pl-PL"/>
        </w:rPr>
      </w:pPr>
    </w:p>
    <w:p w14:paraId="5CFE7C16" w14:textId="77777777" w:rsidR="00950C5B" w:rsidRDefault="00950C5B">
      <w:pPr>
        <w:spacing w:before="200" w:after="80"/>
        <w:rPr>
          <w:rFonts w:cs="Arial"/>
          <w:b/>
          <w:sz w:val="24"/>
          <w:lang w:val="pl-PL"/>
        </w:rPr>
      </w:pPr>
    </w:p>
    <w:p w14:paraId="793B3ADA" w14:textId="77777777" w:rsidR="00CF1FCD" w:rsidRPr="00472EB6" w:rsidRDefault="00CF1FCD">
      <w:pPr>
        <w:spacing w:before="200" w:after="80"/>
        <w:rPr>
          <w:rFonts w:cs="Arial"/>
          <w:b/>
          <w:sz w:val="24"/>
          <w:lang w:val="pl-PL"/>
        </w:rPr>
      </w:pPr>
    </w:p>
    <w:p w14:paraId="65CC7CC5" w14:textId="7F3F9F20" w:rsidR="00472EB6" w:rsidRPr="009C6880" w:rsidRDefault="002E5DC1" w:rsidP="009C6880">
      <w:pPr>
        <w:rPr>
          <w:rFonts w:cs="Arial"/>
          <w:b/>
          <w:sz w:val="24"/>
          <w:lang w:val="pl-PL"/>
        </w:rPr>
      </w:pPr>
      <w:r>
        <w:rPr>
          <w:rFonts w:cs="Arial"/>
          <w:b/>
          <w:sz w:val="24"/>
          <w:lang w:val="pl-PL"/>
        </w:rPr>
        <w:lastRenderedPageBreak/>
        <w:t>VI</w:t>
      </w:r>
      <w:r w:rsidR="003801DB" w:rsidRPr="00472EB6">
        <w:rPr>
          <w:rFonts w:cs="Arial"/>
          <w:b/>
          <w:sz w:val="24"/>
          <w:lang w:val="pl-PL"/>
        </w:rPr>
        <w:t xml:space="preserve">I. KLAUZULA </w:t>
      </w:r>
      <w:r w:rsidR="003801DB" w:rsidRPr="00472EB6">
        <w:rPr>
          <w:rFonts w:cs="Arial"/>
          <w:b/>
          <w:sz w:val="24"/>
          <w:szCs w:val="24"/>
          <w:lang w:val="pl-PL"/>
        </w:rPr>
        <w:t xml:space="preserve">INFORMACYJNA </w:t>
      </w:r>
      <w:r w:rsidR="00472EB6" w:rsidRPr="00472EB6">
        <w:rPr>
          <w:rFonts w:cs="Arial"/>
          <w:b/>
          <w:bCs/>
          <w:sz w:val="24"/>
          <w:szCs w:val="24"/>
          <w:lang w:val="pl-PL"/>
        </w:rPr>
        <w:t>W ZWIĄZKU Z ART. 13 RODO</w:t>
      </w:r>
    </w:p>
    <w:p w14:paraId="70DB7059" w14:textId="42D606E8" w:rsidR="00472EB6" w:rsidRPr="00472EB6" w:rsidRDefault="00472EB6" w:rsidP="00472EB6">
      <w:pPr>
        <w:pStyle w:val="Body10"/>
        <w:rPr>
          <w:rFonts w:ascii="Arial" w:hAnsi="Arial" w:cs="Arial"/>
        </w:rPr>
      </w:pPr>
      <w:r w:rsidRPr="00472EB6">
        <w:rPr>
          <w:rFonts w:ascii="Arial" w:hAnsi="Arial" w:cs="Arial"/>
          <w:szCs w:val="20"/>
          <w:lang w:val="pl-PL"/>
        </w:rPr>
        <w:br/>
      </w:r>
    </w:p>
    <w:tbl>
      <w:tblPr>
        <w:tblStyle w:val="Tabela-Siatka1"/>
        <w:tblW w:w="10461" w:type="dxa"/>
        <w:jc w:val="center"/>
        <w:tblLook w:val="04A0" w:firstRow="1" w:lastRow="0" w:firstColumn="1" w:lastColumn="0" w:noHBand="0" w:noVBand="1"/>
      </w:tblPr>
      <w:tblGrid>
        <w:gridCol w:w="3190"/>
        <w:gridCol w:w="7271"/>
      </w:tblGrid>
      <w:tr w:rsidR="00472EB6" w:rsidRPr="00472EB6" w14:paraId="0926F651" w14:textId="77777777" w:rsidTr="00472EB6">
        <w:trPr>
          <w:trHeight w:val="811"/>
          <w:jc w:val="center"/>
        </w:trPr>
        <w:tc>
          <w:tcPr>
            <w:tcW w:w="10461" w:type="dxa"/>
            <w:gridSpan w:val="2"/>
            <w:shd w:val="clear" w:color="auto" w:fill="E7E6E6"/>
          </w:tcPr>
          <w:p w14:paraId="2D71FDEB" w14:textId="77777777" w:rsidR="00472EB6" w:rsidRPr="00472EB6" w:rsidRDefault="00472EB6" w:rsidP="000D36B1">
            <w:pPr>
              <w:spacing w:after="200" w:line="276" w:lineRule="auto"/>
              <w:jc w:val="both"/>
              <w:rPr>
                <w:rFonts w:cs="Arial"/>
                <w:sz w:val="16"/>
                <w:szCs w:val="16"/>
              </w:rPr>
            </w:pPr>
            <w:r w:rsidRPr="00472EB6">
              <w:rPr>
                <w:rFonts w:cs="Arial"/>
                <w:sz w:val="16"/>
                <w:szCs w:val="16"/>
              </w:rPr>
              <w:t xml:space="preserve">Zgodnie z art. 13 rozporządzenia Parlamentu Europejskiego i Rady (UE) 2016/679 z dnia 27 kwietnia 2016 r. </w:t>
            </w:r>
            <w:r w:rsidRPr="00472EB6">
              <w:rPr>
                <w:rFonts w:cs="Arial"/>
                <w:sz w:val="16"/>
                <w:szCs w:val="16"/>
              </w:rPr>
              <w:br/>
              <w:t>w sprawie ochrony osób fizycznych w związku z przetwarzaniem danych osobowych i w sprawie swobodnego przepływu takich danych oraz uchylenia dyrektywy 95/46/WE (RODO) poniżej przekazuję następujące informacje:</w:t>
            </w:r>
          </w:p>
        </w:tc>
      </w:tr>
      <w:tr w:rsidR="00472EB6" w:rsidRPr="00472EB6" w14:paraId="41C44F7D" w14:textId="77777777" w:rsidTr="00472EB6">
        <w:trPr>
          <w:trHeight w:val="608"/>
          <w:jc w:val="center"/>
        </w:trPr>
        <w:tc>
          <w:tcPr>
            <w:tcW w:w="3190" w:type="dxa"/>
            <w:shd w:val="clear" w:color="auto" w:fill="E7E6E6"/>
          </w:tcPr>
          <w:p w14:paraId="36C44204" w14:textId="77777777" w:rsidR="00472EB6" w:rsidRPr="00472EB6" w:rsidRDefault="00472EB6" w:rsidP="000D36B1">
            <w:pPr>
              <w:spacing w:after="200" w:line="276" w:lineRule="auto"/>
              <w:rPr>
                <w:rFonts w:cs="Arial"/>
                <w:b/>
                <w:sz w:val="16"/>
                <w:szCs w:val="16"/>
              </w:rPr>
            </w:pPr>
            <w:r w:rsidRPr="00472EB6">
              <w:rPr>
                <w:rFonts w:cs="Arial"/>
                <w:b/>
                <w:sz w:val="16"/>
                <w:szCs w:val="16"/>
              </w:rPr>
              <w:t>TOŻSAMOŚĆ ADMINISTRATORA</w:t>
            </w:r>
          </w:p>
        </w:tc>
        <w:tc>
          <w:tcPr>
            <w:tcW w:w="7271" w:type="dxa"/>
          </w:tcPr>
          <w:p w14:paraId="22255CF6" w14:textId="77777777" w:rsidR="00472EB6" w:rsidRPr="00472EB6" w:rsidRDefault="00472EB6" w:rsidP="000D36B1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472EB6">
              <w:rPr>
                <w:rFonts w:cs="Arial"/>
                <w:sz w:val="16"/>
                <w:szCs w:val="16"/>
              </w:rPr>
              <w:t xml:space="preserve">Administratorem Danych Osobowych jest: </w:t>
            </w:r>
          </w:p>
          <w:p w14:paraId="0E6C041D" w14:textId="77777777" w:rsidR="00472EB6" w:rsidRPr="00472EB6" w:rsidRDefault="00472EB6" w:rsidP="000D36B1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472EB6">
              <w:rPr>
                <w:rFonts w:cs="Arial"/>
                <w:sz w:val="16"/>
                <w:szCs w:val="16"/>
              </w:rPr>
              <w:t>Wojewódzki Urząd Pracy w Szczecinie</w:t>
            </w:r>
          </w:p>
          <w:p w14:paraId="60E68F98" w14:textId="77777777" w:rsidR="00472EB6" w:rsidRPr="00472EB6" w:rsidRDefault="00472EB6" w:rsidP="000D36B1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472EB6">
              <w:rPr>
                <w:rFonts w:cs="Arial"/>
                <w:sz w:val="16"/>
                <w:szCs w:val="16"/>
              </w:rPr>
              <w:t>ul. A. Mickiewicza 41</w:t>
            </w:r>
          </w:p>
          <w:p w14:paraId="081FA9DE" w14:textId="77777777" w:rsidR="00472EB6" w:rsidRPr="00472EB6" w:rsidRDefault="00472EB6" w:rsidP="000D36B1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472EB6">
              <w:rPr>
                <w:rFonts w:cs="Arial"/>
                <w:sz w:val="16"/>
                <w:szCs w:val="16"/>
              </w:rPr>
              <w:t>70-383 Szczecin</w:t>
            </w:r>
          </w:p>
        </w:tc>
      </w:tr>
      <w:tr w:rsidR="00472EB6" w:rsidRPr="00472EB6" w14:paraId="70E30852" w14:textId="77777777" w:rsidTr="00472EB6">
        <w:trPr>
          <w:trHeight w:val="612"/>
          <w:jc w:val="center"/>
        </w:trPr>
        <w:tc>
          <w:tcPr>
            <w:tcW w:w="3190" w:type="dxa"/>
            <w:shd w:val="clear" w:color="auto" w:fill="E7E6E6"/>
          </w:tcPr>
          <w:p w14:paraId="232A3DD6" w14:textId="77777777" w:rsidR="00472EB6" w:rsidRPr="00472EB6" w:rsidRDefault="00472EB6" w:rsidP="000D36B1">
            <w:pPr>
              <w:spacing w:after="200" w:line="276" w:lineRule="auto"/>
              <w:rPr>
                <w:rFonts w:cs="Arial"/>
                <w:b/>
                <w:sz w:val="16"/>
                <w:szCs w:val="16"/>
              </w:rPr>
            </w:pPr>
            <w:r w:rsidRPr="00472EB6">
              <w:rPr>
                <w:rFonts w:cs="Arial"/>
                <w:b/>
                <w:sz w:val="16"/>
                <w:szCs w:val="16"/>
              </w:rPr>
              <w:t>DANE KONTAKTOWE ADMINISTRATORA</w:t>
            </w:r>
          </w:p>
        </w:tc>
        <w:tc>
          <w:tcPr>
            <w:tcW w:w="7271" w:type="dxa"/>
          </w:tcPr>
          <w:p w14:paraId="269302E6" w14:textId="77777777" w:rsidR="00472EB6" w:rsidRPr="00472EB6" w:rsidRDefault="00472EB6" w:rsidP="000D36B1">
            <w:pPr>
              <w:spacing w:after="200" w:line="276" w:lineRule="auto"/>
              <w:rPr>
                <w:rFonts w:cs="Arial"/>
                <w:sz w:val="16"/>
                <w:szCs w:val="16"/>
              </w:rPr>
            </w:pPr>
            <w:r w:rsidRPr="00472EB6">
              <w:rPr>
                <w:rFonts w:cs="Arial"/>
                <w:sz w:val="16"/>
                <w:szCs w:val="16"/>
              </w:rPr>
              <w:t xml:space="preserve">Z Administratorem Danych Osobowych można się skontaktować poprzez adres mailowy </w:t>
            </w:r>
            <w:hyperlink r:id="rId8" w:history="1">
              <w:r w:rsidRPr="00472EB6">
                <w:rPr>
                  <w:rFonts w:cs="Arial"/>
                  <w:color w:val="0563C1"/>
                  <w:sz w:val="16"/>
                  <w:szCs w:val="16"/>
                  <w:u w:val="single"/>
                </w:rPr>
                <w:t>sekretariat@wup.pl</w:t>
              </w:r>
            </w:hyperlink>
            <w:r w:rsidRPr="00472EB6">
              <w:rPr>
                <w:rFonts w:cs="Arial"/>
                <w:sz w:val="16"/>
                <w:szCs w:val="16"/>
              </w:rPr>
              <w:t xml:space="preserve"> lub telefonicznie pod numerem 91/42-56-101 lub pisemnie na adres siedziby Administratora.</w:t>
            </w:r>
          </w:p>
        </w:tc>
      </w:tr>
      <w:tr w:rsidR="00472EB6" w:rsidRPr="00472EB6" w14:paraId="048C6422" w14:textId="77777777" w:rsidTr="00472EB6">
        <w:trPr>
          <w:trHeight w:val="614"/>
          <w:jc w:val="center"/>
        </w:trPr>
        <w:tc>
          <w:tcPr>
            <w:tcW w:w="3190" w:type="dxa"/>
            <w:shd w:val="clear" w:color="auto" w:fill="E7E6E6"/>
          </w:tcPr>
          <w:p w14:paraId="50C318AA" w14:textId="77777777" w:rsidR="00472EB6" w:rsidRPr="00472EB6" w:rsidRDefault="00472EB6" w:rsidP="000D36B1">
            <w:pPr>
              <w:spacing w:after="200" w:line="276" w:lineRule="auto"/>
              <w:rPr>
                <w:rFonts w:cs="Arial"/>
                <w:b/>
                <w:sz w:val="16"/>
                <w:szCs w:val="16"/>
              </w:rPr>
            </w:pPr>
            <w:r w:rsidRPr="00472EB6">
              <w:rPr>
                <w:rFonts w:cs="Arial"/>
                <w:b/>
                <w:sz w:val="16"/>
                <w:szCs w:val="16"/>
              </w:rPr>
              <w:t>DANE KONTAKTOWE INSPEKTORA OCHRONY DANYCH</w:t>
            </w:r>
          </w:p>
        </w:tc>
        <w:tc>
          <w:tcPr>
            <w:tcW w:w="7271" w:type="dxa"/>
          </w:tcPr>
          <w:p w14:paraId="67961ABB" w14:textId="77777777" w:rsidR="00472EB6" w:rsidRPr="00472EB6" w:rsidRDefault="00472EB6" w:rsidP="000D36B1">
            <w:pPr>
              <w:spacing w:after="200" w:line="276" w:lineRule="auto"/>
              <w:rPr>
                <w:rFonts w:cs="Arial"/>
                <w:sz w:val="16"/>
                <w:szCs w:val="16"/>
              </w:rPr>
            </w:pPr>
            <w:r w:rsidRPr="00472EB6">
              <w:rPr>
                <w:rFonts w:cs="Arial"/>
                <w:sz w:val="16"/>
                <w:szCs w:val="16"/>
              </w:rPr>
              <w:t xml:space="preserve">Administrator wyznaczył Inspektora Ochrony Danych, z którym może się Pani/ Pan skontaktować poprzez email:  </w:t>
            </w:r>
            <w:hyperlink r:id="rId9" w:history="1">
              <w:r w:rsidRPr="00472EB6">
                <w:rPr>
                  <w:rFonts w:cs="Arial"/>
                  <w:color w:val="0563C1"/>
                  <w:sz w:val="16"/>
                  <w:szCs w:val="16"/>
                  <w:u w:val="single"/>
                </w:rPr>
                <w:t>iod@wup.pl</w:t>
              </w:r>
            </w:hyperlink>
            <w:r w:rsidRPr="00472EB6">
              <w:rPr>
                <w:rFonts w:cs="Arial"/>
                <w:sz w:val="16"/>
                <w:szCs w:val="16"/>
              </w:rPr>
              <w:t xml:space="preserve"> lub pisemnie na adres siedziby administratora. Z Inspektorem Ochrony Danych można się kontaktować we wszystkich sprawach dotyczących przetwarzania danych osobowych oraz korzystania z praw związanych z przetwarzaniem danych.</w:t>
            </w:r>
          </w:p>
        </w:tc>
      </w:tr>
      <w:tr w:rsidR="00472EB6" w:rsidRPr="00472EB6" w14:paraId="768C82D4" w14:textId="77777777" w:rsidTr="00472EB6">
        <w:trPr>
          <w:trHeight w:val="617"/>
          <w:jc w:val="center"/>
        </w:trPr>
        <w:tc>
          <w:tcPr>
            <w:tcW w:w="3190" w:type="dxa"/>
            <w:shd w:val="clear" w:color="auto" w:fill="E7E6E6"/>
          </w:tcPr>
          <w:p w14:paraId="18EA2AEB" w14:textId="77777777" w:rsidR="00472EB6" w:rsidRPr="00472EB6" w:rsidRDefault="00472EB6" w:rsidP="000D36B1">
            <w:pPr>
              <w:spacing w:after="200" w:line="276" w:lineRule="auto"/>
              <w:rPr>
                <w:rFonts w:cs="Arial"/>
                <w:b/>
                <w:sz w:val="16"/>
                <w:szCs w:val="16"/>
              </w:rPr>
            </w:pPr>
            <w:r w:rsidRPr="00472EB6">
              <w:rPr>
                <w:rFonts w:cs="Arial"/>
                <w:b/>
                <w:sz w:val="16"/>
                <w:szCs w:val="16"/>
              </w:rPr>
              <w:t>CELE PRZETWARZANIA I PODSTAWA PRAWNA</w:t>
            </w:r>
          </w:p>
        </w:tc>
        <w:tc>
          <w:tcPr>
            <w:tcW w:w="7271" w:type="dxa"/>
          </w:tcPr>
          <w:p w14:paraId="6A7D468C" w14:textId="26BA5659" w:rsidR="00472EB6" w:rsidRPr="00472EB6" w:rsidRDefault="00472EB6" w:rsidP="000D36B1">
            <w:pPr>
              <w:spacing w:after="200" w:line="276" w:lineRule="auto"/>
              <w:rPr>
                <w:rFonts w:cs="Arial"/>
                <w:sz w:val="16"/>
                <w:szCs w:val="16"/>
              </w:rPr>
            </w:pPr>
            <w:r w:rsidRPr="00472EB6">
              <w:rPr>
                <w:rFonts w:cs="Arial"/>
                <w:sz w:val="16"/>
                <w:szCs w:val="16"/>
              </w:rPr>
              <w:t xml:space="preserve">Pani/Pana dane będą przetwarzane w celu realizacji obsługi wniosków </w:t>
            </w:r>
            <w:r w:rsidRPr="00472EB6">
              <w:rPr>
                <w:rFonts w:cs="Arial"/>
                <w:bCs/>
                <w:sz w:val="16"/>
                <w:szCs w:val="16"/>
              </w:rPr>
              <w:t xml:space="preserve">o wydanie opinii zasadności kształcenia zgodnie z potrzebami rynku pracy w zawodzie </w:t>
            </w:r>
            <w:r w:rsidRPr="00472EB6">
              <w:rPr>
                <w:rFonts w:cs="Arial"/>
                <w:sz w:val="16"/>
                <w:szCs w:val="16"/>
              </w:rPr>
              <w:t xml:space="preserve">przez Wojewódzki Zespół Koordynacji do spraw </w:t>
            </w:r>
            <w:r w:rsidR="00412A02">
              <w:rPr>
                <w:rFonts w:cs="Arial"/>
                <w:sz w:val="16"/>
                <w:szCs w:val="16"/>
              </w:rPr>
              <w:t>P</w:t>
            </w:r>
            <w:r w:rsidRPr="00472EB6">
              <w:rPr>
                <w:rFonts w:cs="Arial"/>
                <w:sz w:val="16"/>
                <w:szCs w:val="16"/>
              </w:rPr>
              <w:t xml:space="preserve">olityki </w:t>
            </w:r>
            <w:r w:rsidR="00412A02">
              <w:rPr>
                <w:rFonts w:cs="Arial"/>
                <w:sz w:val="16"/>
                <w:szCs w:val="16"/>
              </w:rPr>
              <w:t>U</w:t>
            </w:r>
            <w:r w:rsidRPr="00472EB6">
              <w:rPr>
                <w:rFonts w:cs="Arial"/>
                <w:sz w:val="16"/>
                <w:szCs w:val="16"/>
              </w:rPr>
              <w:t>miejętności w Województwie Zachodniopomorskim.</w:t>
            </w:r>
          </w:p>
          <w:p w14:paraId="63084625" w14:textId="77777777" w:rsidR="00472EB6" w:rsidRPr="00472EB6" w:rsidRDefault="00472EB6" w:rsidP="000D36B1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472EB6">
              <w:rPr>
                <w:rFonts w:cs="Arial"/>
                <w:sz w:val="16"/>
                <w:szCs w:val="16"/>
              </w:rPr>
              <w:t>Podstawą prawną przetwarzania danych jest art. 6 ust. 1 lit. c RODO -wypełnienie obowiązku prawnego ciążącego na administratorze, wynikającego w szczególności z:</w:t>
            </w:r>
          </w:p>
          <w:p w14:paraId="4F77D8C0" w14:textId="77777777" w:rsidR="00472EB6" w:rsidRPr="00472EB6" w:rsidRDefault="00472EB6" w:rsidP="00472EB6">
            <w:pPr>
              <w:numPr>
                <w:ilvl w:val="0"/>
                <w:numId w:val="10"/>
              </w:numPr>
              <w:spacing w:line="276" w:lineRule="auto"/>
              <w:rPr>
                <w:rFonts w:cs="Arial"/>
                <w:sz w:val="16"/>
                <w:szCs w:val="16"/>
              </w:rPr>
            </w:pPr>
            <w:r w:rsidRPr="00472EB6">
              <w:rPr>
                <w:rFonts w:cs="Arial"/>
                <w:sz w:val="16"/>
                <w:szCs w:val="16"/>
              </w:rPr>
              <w:t>ustawy z dnia 27 lutego 2026 r. o wojewódzkich zespołach koordynacji do spraw polityki umiejętności,</w:t>
            </w:r>
          </w:p>
          <w:p w14:paraId="43C31963" w14:textId="77777777" w:rsidR="00472EB6" w:rsidRPr="00472EB6" w:rsidRDefault="00472EB6" w:rsidP="00472EB6">
            <w:pPr>
              <w:numPr>
                <w:ilvl w:val="0"/>
                <w:numId w:val="10"/>
              </w:numPr>
              <w:spacing w:line="276" w:lineRule="auto"/>
              <w:rPr>
                <w:rFonts w:cs="Arial"/>
                <w:sz w:val="16"/>
                <w:szCs w:val="16"/>
              </w:rPr>
            </w:pPr>
            <w:r w:rsidRPr="00472EB6">
              <w:rPr>
                <w:rFonts w:cs="Arial"/>
                <w:sz w:val="16"/>
                <w:szCs w:val="16"/>
              </w:rPr>
              <w:t>ustawy z dnia 20.03.2025 r. o rynku pracy i służbach zatrudnienia,</w:t>
            </w:r>
          </w:p>
          <w:p w14:paraId="2EB1CA6D" w14:textId="77777777" w:rsidR="00472EB6" w:rsidRPr="00472EB6" w:rsidRDefault="00472EB6" w:rsidP="00472EB6">
            <w:pPr>
              <w:numPr>
                <w:ilvl w:val="0"/>
                <w:numId w:val="10"/>
              </w:numPr>
              <w:spacing w:line="276" w:lineRule="auto"/>
              <w:rPr>
                <w:rFonts w:cs="Arial"/>
                <w:sz w:val="16"/>
                <w:szCs w:val="16"/>
              </w:rPr>
            </w:pPr>
            <w:r w:rsidRPr="00472EB6">
              <w:rPr>
                <w:rFonts w:cs="Arial"/>
                <w:sz w:val="16"/>
                <w:szCs w:val="16"/>
              </w:rPr>
              <w:t>ustawy z dnia 14 grudnia 2016 r. – Prawo oświatowe,</w:t>
            </w:r>
          </w:p>
          <w:p w14:paraId="75AF7ACE" w14:textId="77777777" w:rsidR="00472EB6" w:rsidRPr="00472EB6" w:rsidRDefault="00472EB6" w:rsidP="00472EB6">
            <w:pPr>
              <w:numPr>
                <w:ilvl w:val="0"/>
                <w:numId w:val="10"/>
              </w:numPr>
              <w:spacing w:line="276" w:lineRule="auto"/>
              <w:rPr>
                <w:rFonts w:cs="Arial"/>
                <w:sz w:val="16"/>
                <w:szCs w:val="16"/>
              </w:rPr>
            </w:pPr>
            <w:r w:rsidRPr="00472EB6">
              <w:rPr>
                <w:rFonts w:cs="Arial"/>
                <w:sz w:val="16"/>
                <w:szCs w:val="16"/>
              </w:rPr>
              <w:t>ustawy z dnia 6 września 2001 r. o dostępie do informacji publicznej,</w:t>
            </w:r>
          </w:p>
          <w:p w14:paraId="68072E6A" w14:textId="77777777" w:rsidR="00472EB6" w:rsidRPr="00472EB6" w:rsidRDefault="00472EB6" w:rsidP="00472EB6">
            <w:pPr>
              <w:numPr>
                <w:ilvl w:val="0"/>
                <w:numId w:val="10"/>
              </w:numPr>
              <w:spacing w:line="276" w:lineRule="auto"/>
              <w:rPr>
                <w:rFonts w:cs="Arial"/>
                <w:sz w:val="16"/>
                <w:szCs w:val="16"/>
              </w:rPr>
            </w:pPr>
            <w:r w:rsidRPr="00472EB6">
              <w:rPr>
                <w:rFonts w:cs="Arial"/>
                <w:sz w:val="16"/>
                <w:szCs w:val="16"/>
              </w:rPr>
              <w:t xml:space="preserve">ustawy z dnia 14 lipca 1983 r. o narodowym zasobie archiwalnym i archiwach. </w:t>
            </w:r>
          </w:p>
        </w:tc>
      </w:tr>
      <w:tr w:rsidR="00472EB6" w:rsidRPr="00472EB6" w14:paraId="2136ABB1" w14:textId="77777777" w:rsidTr="00472EB6">
        <w:trPr>
          <w:trHeight w:val="619"/>
          <w:jc w:val="center"/>
        </w:trPr>
        <w:tc>
          <w:tcPr>
            <w:tcW w:w="3190" w:type="dxa"/>
            <w:shd w:val="clear" w:color="auto" w:fill="E7E6E6"/>
          </w:tcPr>
          <w:p w14:paraId="0783F58E" w14:textId="77777777" w:rsidR="00472EB6" w:rsidRPr="00472EB6" w:rsidRDefault="00472EB6" w:rsidP="000D36B1">
            <w:pPr>
              <w:spacing w:after="200" w:line="276" w:lineRule="auto"/>
              <w:rPr>
                <w:rFonts w:cs="Arial"/>
                <w:b/>
                <w:sz w:val="16"/>
                <w:szCs w:val="16"/>
              </w:rPr>
            </w:pPr>
            <w:r w:rsidRPr="00472EB6">
              <w:rPr>
                <w:rFonts w:cs="Arial"/>
                <w:b/>
                <w:sz w:val="16"/>
                <w:szCs w:val="16"/>
              </w:rPr>
              <w:t>ODBIORCY DANYCH</w:t>
            </w:r>
          </w:p>
        </w:tc>
        <w:tc>
          <w:tcPr>
            <w:tcW w:w="7271" w:type="dxa"/>
          </w:tcPr>
          <w:p w14:paraId="6C7009D9" w14:textId="77777777" w:rsidR="00472EB6" w:rsidRPr="00472EB6" w:rsidRDefault="00472EB6" w:rsidP="000D36B1">
            <w:pPr>
              <w:spacing w:before="120" w:line="276" w:lineRule="auto"/>
              <w:jc w:val="both"/>
              <w:rPr>
                <w:rFonts w:cs="Arial"/>
                <w:sz w:val="16"/>
                <w:szCs w:val="16"/>
              </w:rPr>
            </w:pPr>
            <w:r w:rsidRPr="00472EB6">
              <w:rPr>
                <w:rFonts w:cs="Arial"/>
                <w:sz w:val="16"/>
                <w:szCs w:val="16"/>
              </w:rPr>
              <w:t>Pani/Pana dane nie będą ujawniane odbiorcom innym niż uprawnieni do ich przetwarzania na podstawie przepisów prawa, tj. w szczególności: członkom WZK i innym osobom zaproszonym na posiedzenie, Marszałkowi Województwa Zachodniopomorskiego, osobom reprezentującym podmioty wykonujące czynności kontrolne w WUP, operatorowi pocztowemu lub firmie kurierskiej – wyłącznie w zakresie danych adresowych, podmiotom, którym WUP powierzył lub powierzy przetwarzanie Pani/Pana danych osobowych na zasadach określonych w art. 28 RODO.</w:t>
            </w:r>
          </w:p>
        </w:tc>
      </w:tr>
      <w:tr w:rsidR="00472EB6" w:rsidRPr="00472EB6" w14:paraId="6053276F" w14:textId="77777777" w:rsidTr="00472EB6">
        <w:trPr>
          <w:trHeight w:val="623"/>
          <w:jc w:val="center"/>
        </w:trPr>
        <w:tc>
          <w:tcPr>
            <w:tcW w:w="3190" w:type="dxa"/>
            <w:shd w:val="clear" w:color="auto" w:fill="E7E6E6"/>
          </w:tcPr>
          <w:p w14:paraId="49656178" w14:textId="77777777" w:rsidR="00472EB6" w:rsidRPr="00472EB6" w:rsidRDefault="00472EB6" w:rsidP="000D36B1">
            <w:pPr>
              <w:spacing w:after="200" w:line="276" w:lineRule="auto"/>
              <w:rPr>
                <w:rFonts w:cs="Arial"/>
                <w:b/>
                <w:sz w:val="16"/>
                <w:szCs w:val="16"/>
              </w:rPr>
            </w:pPr>
            <w:r w:rsidRPr="00472EB6">
              <w:rPr>
                <w:rFonts w:cs="Arial"/>
                <w:b/>
                <w:sz w:val="16"/>
                <w:szCs w:val="16"/>
              </w:rPr>
              <w:t>OKRES PRZECHOWYWANIA DANYCH</w:t>
            </w:r>
          </w:p>
        </w:tc>
        <w:tc>
          <w:tcPr>
            <w:tcW w:w="7271" w:type="dxa"/>
          </w:tcPr>
          <w:p w14:paraId="51590CF6" w14:textId="77777777" w:rsidR="00472EB6" w:rsidRPr="00472EB6" w:rsidRDefault="00472EB6" w:rsidP="000D36B1">
            <w:pPr>
              <w:spacing w:after="200" w:line="276" w:lineRule="auto"/>
              <w:rPr>
                <w:rFonts w:cs="Arial"/>
                <w:b/>
                <w:bCs/>
                <w:sz w:val="16"/>
                <w:szCs w:val="16"/>
              </w:rPr>
            </w:pPr>
            <w:r w:rsidRPr="00472EB6">
              <w:rPr>
                <w:rFonts w:cs="Arial"/>
                <w:sz w:val="16"/>
                <w:szCs w:val="16"/>
              </w:rPr>
              <w:t>Dane będą przechowywane w Wojewódzkim Urzędzie Pracy w Szczecinie przez okres wynikający z obowiązującego Jednolitego Rzeczowego Wykazu Akt, określonego na podstawie przepisów ustawy z dnia 14 lipca 1983 r. o narodowym zasobie archiwalnym i archiwach, a następnie zostaną poddane ekspertyzie Archiwum Państwowego.</w:t>
            </w:r>
          </w:p>
        </w:tc>
      </w:tr>
      <w:tr w:rsidR="00472EB6" w:rsidRPr="00472EB6" w14:paraId="27A7558B" w14:textId="77777777" w:rsidTr="00472EB6">
        <w:trPr>
          <w:trHeight w:val="553"/>
          <w:jc w:val="center"/>
        </w:trPr>
        <w:tc>
          <w:tcPr>
            <w:tcW w:w="3190" w:type="dxa"/>
            <w:shd w:val="clear" w:color="auto" w:fill="E7E6E6"/>
          </w:tcPr>
          <w:p w14:paraId="711CC701" w14:textId="77777777" w:rsidR="00472EB6" w:rsidRPr="00472EB6" w:rsidRDefault="00472EB6" w:rsidP="000D36B1">
            <w:pPr>
              <w:spacing w:after="200" w:line="276" w:lineRule="auto"/>
              <w:rPr>
                <w:rFonts w:cs="Arial"/>
                <w:b/>
                <w:sz w:val="16"/>
                <w:szCs w:val="16"/>
              </w:rPr>
            </w:pPr>
            <w:r w:rsidRPr="00472EB6">
              <w:rPr>
                <w:rFonts w:cs="Arial"/>
                <w:b/>
                <w:sz w:val="16"/>
                <w:szCs w:val="16"/>
              </w:rPr>
              <w:t>PRAWA PODMIOTÓW DANYCH</w:t>
            </w:r>
          </w:p>
        </w:tc>
        <w:tc>
          <w:tcPr>
            <w:tcW w:w="7271" w:type="dxa"/>
          </w:tcPr>
          <w:p w14:paraId="780B70F7" w14:textId="77777777" w:rsidR="00472EB6" w:rsidRPr="00472EB6" w:rsidRDefault="00472EB6" w:rsidP="000D36B1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472EB6">
              <w:rPr>
                <w:rFonts w:cs="Arial"/>
                <w:sz w:val="16"/>
                <w:szCs w:val="16"/>
              </w:rPr>
              <w:t>Przysługuje Pani/Panu prawo żądania od WUP dostępu do swoich danych osobowych, ich sprostowania oraz ograniczenia przetwarzania.</w:t>
            </w:r>
          </w:p>
          <w:p w14:paraId="69F99A74" w14:textId="77777777" w:rsidR="00472EB6" w:rsidRPr="00472EB6" w:rsidRDefault="00472EB6" w:rsidP="000D36B1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472EB6">
              <w:rPr>
                <w:rFonts w:cs="Arial"/>
                <w:sz w:val="16"/>
                <w:szCs w:val="16"/>
              </w:rPr>
              <w:t>Ze względu na podstawę prawną przetwarzania danych, nie przysługuje Pani/Panu prawo do usunięcia danych oraz prawo do wniesienia sprzeciwu wobec ich przetwarzania.</w:t>
            </w:r>
          </w:p>
        </w:tc>
      </w:tr>
      <w:tr w:rsidR="00472EB6" w:rsidRPr="00472EB6" w14:paraId="22B5C750" w14:textId="77777777" w:rsidTr="00472EB6">
        <w:trPr>
          <w:trHeight w:val="638"/>
          <w:jc w:val="center"/>
        </w:trPr>
        <w:tc>
          <w:tcPr>
            <w:tcW w:w="3190" w:type="dxa"/>
            <w:shd w:val="clear" w:color="auto" w:fill="E7E6E6"/>
          </w:tcPr>
          <w:p w14:paraId="59898392" w14:textId="77777777" w:rsidR="00472EB6" w:rsidRPr="00472EB6" w:rsidRDefault="00472EB6" w:rsidP="000D36B1">
            <w:pPr>
              <w:spacing w:after="200" w:line="276" w:lineRule="auto"/>
              <w:rPr>
                <w:rFonts w:cs="Arial"/>
                <w:b/>
                <w:sz w:val="16"/>
                <w:szCs w:val="16"/>
              </w:rPr>
            </w:pPr>
            <w:r w:rsidRPr="00472EB6">
              <w:rPr>
                <w:rFonts w:cs="Arial"/>
                <w:b/>
                <w:sz w:val="16"/>
                <w:szCs w:val="16"/>
              </w:rPr>
              <w:t>PRAWO WNIESIENIA SKARGI DO ORGANU NADZORCZEGO</w:t>
            </w:r>
          </w:p>
        </w:tc>
        <w:tc>
          <w:tcPr>
            <w:tcW w:w="7271" w:type="dxa"/>
          </w:tcPr>
          <w:p w14:paraId="0B895C39" w14:textId="77777777" w:rsidR="00472EB6" w:rsidRPr="00472EB6" w:rsidRDefault="00472EB6" w:rsidP="000D36B1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472EB6">
              <w:rPr>
                <w:rFonts w:cs="Arial"/>
                <w:sz w:val="16"/>
                <w:szCs w:val="16"/>
              </w:rPr>
              <w:t>Przysługuje Pani/Panu prawo wniesienia skargi do organu nadzorczego zajmującego się ochroną danych osobowych w państwie członkowskim Pani/Pana zwykłego pobytu, miejsca pracy lub miejsca popełnienia domniemanego naruszenia, którym jest</w:t>
            </w:r>
          </w:p>
          <w:p w14:paraId="2FA3A491" w14:textId="77777777" w:rsidR="00472EB6" w:rsidRPr="00472EB6" w:rsidRDefault="00472EB6" w:rsidP="000D36B1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472EB6">
              <w:rPr>
                <w:rFonts w:cs="Arial"/>
                <w:sz w:val="16"/>
                <w:szCs w:val="16"/>
              </w:rPr>
              <w:t>Prezes Urzędu Ochrony Danych Osobowych (PUODO)</w:t>
            </w:r>
          </w:p>
          <w:p w14:paraId="33ED0872" w14:textId="77777777" w:rsidR="00472EB6" w:rsidRPr="00472EB6" w:rsidRDefault="00472EB6" w:rsidP="000D36B1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472EB6">
              <w:rPr>
                <w:rFonts w:cs="Arial"/>
                <w:sz w:val="16"/>
                <w:szCs w:val="16"/>
              </w:rPr>
              <w:t>adres: Stawki 2, 00-193 Warszawa</w:t>
            </w:r>
          </w:p>
          <w:p w14:paraId="2769D8FA" w14:textId="77777777" w:rsidR="00472EB6" w:rsidRPr="00472EB6" w:rsidRDefault="00472EB6" w:rsidP="000D36B1">
            <w:pPr>
              <w:spacing w:line="276" w:lineRule="auto"/>
              <w:rPr>
                <w:rFonts w:cs="Arial"/>
                <w:b/>
                <w:sz w:val="16"/>
                <w:szCs w:val="16"/>
              </w:rPr>
            </w:pPr>
            <w:r w:rsidRPr="00472EB6">
              <w:rPr>
                <w:rFonts w:cs="Arial"/>
                <w:sz w:val="16"/>
                <w:szCs w:val="16"/>
              </w:rPr>
              <w:t>tel. 22 531-03-00</w:t>
            </w:r>
          </w:p>
        </w:tc>
      </w:tr>
      <w:tr w:rsidR="00472EB6" w:rsidRPr="00472EB6" w14:paraId="1C6B8B41" w14:textId="77777777" w:rsidTr="00472EB6">
        <w:trPr>
          <w:trHeight w:val="767"/>
          <w:jc w:val="center"/>
        </w:trPr>
        <w:tc>
          <w:tcPr>
            <w:tcW w:w="3190" w:type="dxa"/>
            <w:shd w:val="clear" w:color="auto" w:fill="E7E6E6"/>
          </w:tcPr>
          <w:p w14:paraId="32AC0F65" w14:textId="77777777" w:rsidR="00472EB6" w:rsidRPr="00472EB6" w:rsidRDefault="00472EB6" w:rsidP="000D36B1">
            <w:pPr>
              <w:spacing w:after="200" w:line="276" w:lineRule="auto"/>
              <w:rPr>
                <w:rFonts w:cs="Arial"/>
                <w:b/>
                <w:sz w:val="16"/>
                <w:szCs w:val="16"/>
              </w:rPr>
            </w:pPr>
            <w:r w:rsidRPr="00472EB6">
              <w:rPr>
                <w:rFonts w:cs="Arial"/>
                <w:b/>
                <w:sz w:val="16"/>
                <w:szCs w:val="16"/>
              </w:rPr>
              <w:t>INFORMACJA O DOWOLNOŚCI LUB OBOWIĄZKU PODANIA DANYCH</w:t>
            </w:r>
          </w:p>
        </w:tc>
        <w:tc>
          <w:tcPr>
            <w:tcW w:w="7271" w:type="dxa"/>
          </w:tcPr>
          <w:p w14:paraId="0DD76C89" w14:textId="77777777" w:rsidR="00472EB6" w:rsidRPr="00472EB6" w:rsidRDefault="00472EB6" w:rsidP="000D36B1">
            <w:pPr>
              <w:tabs>
                <w:tab w:val="left" w:pos="5400"/>
              </w:tabs>
              <w:spacing w:after="200" w:line="276" w:lineRule="auto"/>
              <w:rPr>
                <w:rFonts w:cs="Arial"/>
                <w:sz w:val="16"/>
                <w:szCs w:val="16"/>
              </w:rPr>
            </w:pPr>
            <w:r w:rsidRPr="00472EB6">
              <w:rPr>
                <w:rFonts w:cs="Arial"/>
                <w:sz w:val="16"/>
                <w:szCs w:val="16"/>
              </w:rPr>
              <w:t xml:space="preserve">Podanie przez Panią/Pana danych osobowych jest wymogiem ustawowym –przepisy prawa zobowiązują Panią/Pana do podania tych danych osobowych w celu rozpatrzenia złożonego wniosku. </w:t>
            </w:r>
          </w:p>
        </w:tc>
      </w:tr>
    </w:tbl>
    <w:p w14:paraId="023E277E" w14:textId="7B6BCD6F" w:rsidR="00472EB6" w:rsidRPr="00472EB6" w:rsidRDefault="00472EB6">
      <w:pPr>
        <w:rPr>
          <w:rFonts w:cs="Arial"/>
        </w:rPr>
      </w:pPr>
      <w:r w:rsidRPr="00472EB6">
        <w:rPr>
          <w:rFonts w:cs="Arial"/>
        </w:rPr>
        <w:br w:type="page"/>
      </w:r>
    </w:p>
    <w:sectPr w:rsidR="00472EB6" w:rsidRPr="00472EB6" w:rsidSect="00C47823">
      <w:pgSz w:w="11906" w:h="16838"/>
      <w:pgMar w:top="1276" w:right="964" w:bottom="850" w:left="964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55E604" w14:textId="77777777" w:rsidR="005C32C2" w:rsidRDefault="005C32C2">
      <w:pPr>
        <w:spacing w:after="0" w:line="240" w:lineRule="auto"/>
      </w:pPr>
      <w:r>
        <w:separator/>
      </w:r>
    </w:p>
  </w:endnote>
  <w:endnote w:type="continuationSeparator" w:id="0">
    <w:p w14:paraId="2E3BDABC" w14:textId="77777777" w:rsidR="005C32C2" w:rsidRDefault="005C32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0829A" w14:textId="77777777" w:rsidR="005C32C2" w:rsidRDefault="005C32C2">
      <w:pPr>
        <w:spacing w:after="0" w:line="240" w:lineRule="auto"/>
      </w:pPr>
      <w:r>
        <w:separator/>
      </w:r>
    </w:p>
  </w:footnote>
  <w:footnote w:type="continuationSeparator" w:id="0">
    <w:p w14:paraId="6278EF68" w14:textId="77777777" w:rsidR="005C32C2" w:rsidRDefault="005C32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221374F"/>
    <w:multiLevelType w:val="multilevel"/>
    <w:tmpl w:val="14960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8188862">
    <w:abstractNumId w:val="8"/>
  </w:num>
  <w:num w:numId="2" w16cid:durableId="738556560">
    <w:abstractNumId w:val="6"/>
  </w:num>
  <w:num w:numId="3" w16cid:durableId="208152536">
    <w:abstractNumId w:val="5"/>
  </w:num>
  <w:num w:numId="4" w16cid:durableId="501165106">
    <w:abstractNumId w:val="4"/>
  </w:num>
  <w:num w:numId="5" w16cid:durableId="320698350">
    <w:abstractNumId w:val="7"/>
  </w:num>
  <w:num w:numId="6" w16cid:durableId="2062630308">
    <w:abstractNumId w:val="3"/>
  </w:num>
  <w:num w:numId="7" w16cid:durableId="34627977">
    <w:abstractNumId w:val="2"/>
  </w:num>
  <w:num w:numId="8" w16cid:durableId="384528180">
    <w:abstractNumId w:val="1"/>
  </w:num>
  <w:num w:numId="9" w16cid:durableId="1260337110">
    <w:abstractNumId w:val="0"/>
  </w:num>
  <w:num w:numId="10" w16cid:durableId="154386064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90F34"/>
    <w:rsid w:val="0015074B"/>
    <w:rsid w:val="00223055"/>
    <w:rsid w:val="00240F4D"/>
    <w:rsid w:val="00261BCB"/>
    <w:rsid w:val="00264291"/>
    <w:rsid w:val="0029639D"/>
    <w:rsid w:val="002E5DC1"/>
    <w:rsid w:val="00326F90"/>
    <w:rsid w:val="00352A5B"/>
    <w:rsid w:val="003801DB"/>
    <w:rsid w:val="00412A02"/>
    <w:rsid w:val="00414EFF"/>
    <w:rsid w:val="00442D5B"/>
    <w:rsid w:val="00472EB6"/>
    <w:rsid w:val="004840D9"/>
    <w:rsid w:val="004A5CF7"/>
    <w:rsid w:val="00562DA9"/>
    <w:rsid w:val="005C32C2"/>
    <w:rsid w:val="005F730B"/>
    <w:rsid w:val="0070389E"/>
    <w:rsid w:val="007545EB"/>
    <w:rsid w:val="008972FF"/>
    <w:rsid w:val="0089733E"/>
    <w:rsid w:val="008C4875"/>
    <w:rsid w:val="00950C5B"/>
    <w:rsid w:val="0098604B"/>
    <w:rsid w:val="009B2D9A"/>
    <w:rsid w:val="009C6880"/>
    <w:rsid w:val="00AA1D8D"/>
    <w:rsid w:val="00AA6AF7"/>
    <w:rsid w:val="00B47730"/>
    <w:rsid w:val="00C16B2D"/>
    <w:rsid w:val="00C409E3"/>
    <w:rsid w:val="00C47823"/>
    <w:rsid w:val="00CA7C8C"/>
    <w:rsid w:val="00CB03B6"/>
    <w:rsid w:val="00CB0664"/>
    <w:rsid w:val="00CF0AB4"/>
    <w:rsid w:val="00CF1FCD"/>
    <w:rsid w:val="00D01882"/>
    <w:rsid w:val="00D32750"/>
    <w:rsid w:val="00DD2071"/>
    <w:rsid w:val="00DE4A7B"/>
    <w:rsid w:val="00DF3429"/>
    <w:rsid w:val="00EE033E"/>
    <w:rsid w:val="00F77701"/>
    <w:rsid w:val="00FC61F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2D3637"/>
  <w14:defaultImageDpi w14:val="300"/>
  <w15:docId w15:val="{CF4C3B8E-E368-4F2C-B0C4-BEB0DF07D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ocTitle">
    <w:name w:val="DocTitle"/>
    <w:basedOn w:val="Normalny"/>
    <w:rsid w:val="00472EB6"/>
    <w:pPr>
      <w:spacing w:after="0" w:line="240" w:lineRule="auto"/>
    </w:pPr>
    <w:rPr>
      <w:rFonts w:ascii="Times New Roman" w:eastAsia="Times New Roman" w:hAnsi="Times New Roman"/>
      <w:b/>
    </w:rPr>
  </w:style>
  <w:style w:type="paragraph" w:customStyle="1" w:styleId="Body10">
    <w:name w:val="Body10"/>
    <w:basedOn w:val="Normalny"/>
    <w:rsid w:val="00472EB6"/>
    <w:pPr>
      <w:spacing w:after="0" w:line="240" w:lineRule="auto"/>
    </w:pPr>
    <w:rPr>
      <w:rFonts w:ascii="Times New Roman" w:eastAsia="Times New Roman" w:hAnsi="Times New Roman"/>
    </w:rPr>
  </w:style>
  <w:style w:type="table" w:customStyle="1" w:styleId="Tabela-Siatka1">
    <w:name w:val="Tabela - Siatka1"/>
    <w:basedOn w:val="Standardowy"/>
    <w:next w:val="Tabela-Siatka"/>
    <w:uiPriority w:val="39"/>
    <w:rsid w:val="00472EB6"/>
    <w:pPr>
      <w:spacing w:after="0" w:line="240" w:lineRule="auto"/>
    </w:pPr>
    <w:rPr>
      <w:rFonts w:eastAsia="Calibri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wup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wup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1333</Words>
  <Characters>8000</Characters>
  <Application>Microsoft Office Word</Application>
  <DocSecurity>0</DocSecurity>
  <Lines>66</Lines>
  <Paragraphs>18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9315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Białecka Patrycja</cp:lastModifiedBy>
  <cp:revision>3</cp:revision>
  <dcterms:created xsi:type="dcterms:W3CDTF">2026-07-29T08:26:00Z</dcterms:created>
  <dcterms:modified xsi:type="dcterms:W3CDTF">2026-07-29T08:26:00Z</dcterms:modified>
  <cp:category/>
</cp:coreProperties>
</file>